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ULTIMAS DECLARAÇÕES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Requerente: _________________________________________________________________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__________________________________________________________________</w:t>
      </w:r>
    </w:p>
    <w:p/>
    <w:p>
      <w:r>
        <w:rPr>
          <w:b w:val="0"/>
          <w:sz w:val="20"/>
        </w:rPr>
        <w:t>__________________________________________________, brasileiro(a), estado civil ________________, profissão ____________________, portador(a) do RG nº ______________ e CPF nº ________________, residente e domiciliado(a) à ______________________________________________________________, por intermédio de seu advogado (instrumento de mandato anexo), vem, respeitosamente, à presença de Vossa Excelência apresentar suas</w:t>
      </w:r>
    </w:p>
    <w:p/>
    <w:p>
      <w:pPr>
        <w:jc w:val="center"/>
      </w:pPr>
      <w:r>
        <w:rPr>
          <w:b/>
          <w:sz w:val="20"/>
        </w:rPr>
        <w:t>ULTIMAS DECLARAÇÕES</w:t>
      </w:r>
    </w:p>
    <w:p/>
    <w:p>
      <w:r>
        <w:rPr>
          <w:b w:val="0"/>
          <w:sz w:val="20"/>
        </w:rPr>
        <w:t>pelos fatos e fundamentos que passa a expor:</w:t>
      </w:r>
    </w:p>
    <w:p/>
    <w:p>
      <w:r>
        <w:rPr>
          <w:b/>
          <w:sz w:val="22"/>
        </w:rPr>
        <w:t>I – SÍNTESE DOS FATOS</w:t>
      </w:r>
    </w:p>
    <w:p/>
    <w:p>
      <w:r>
        <w:rPr>
          <w:b w:val="0"/>
          <w:sz w:val="20"/>
        </w:rPr>
        <w:t>1. O Requerente ajuizou a presente demanda visando a satisfação de seus direitos, conforme exposto nas petições anteriores.</w:t>
      </w:r>
    </w:p>
    <w:p/>
    <w:p>
      <w:r>
        <w:rPr>
          <w:b w:val="0"/>
          <w:sz w:val="20"/>
        </w:rPr>
        <w:t>2. Durante o curso do processo, foram apresentadas provas, depoimentos e manifestações que corroboram a tese defendida.</w:t>
      </w:r>
    </w:p>
    <w:p/>
    <w:p>
      <w:r>
        <w:rPr>
          <w:b/>
          <w:sz w:val="22"/>
        </w:rPr>
        <w:t>II – DAS DECLARAÇÕES FINAIS</w:t>
      </w:r>
    </w:p>
    <w:p/>
    <w:p>
      <w:r>
        <w:rPr>
          <w:b w:val="0"/>
          <w:sz w:val="20"/>
        </w:rPr>
        <w:t>3. O Requerente declara, para todos os fins de direito, que ratifica todas as informações e documentos já apresentados, reafirmando a veracidade dos fatos alegados.</w:t>
      </w:r>
    </w:p>
    <w:p/>
    <w:p>
      <w:r>
        <w:rPr>
          <w:b w:val="0"/>
          <w:sz w:val="20"/>
        </w:rPr>
        <w:t>4. Declara, ainda, que não possui quaisquer outras provas ou documentos adicionais a serem juntados aos autos, ressalvadas as que eventualmente possam ser solicitadas por este Juízo para melhor elucidação da causa.</w:t>
      </w:r>
    </w:p>
    <w:p/>
    <w:p>
      <w:r>
        <w:rPr>
          <w:b w:val="0"/>
          <w:sz w:val="20"/>
        </w:rPr>
        <w:t>5. Enfatiza que está à disposição para prestar quaisquer esclarecimentos que se fizerem necessários e para colaborar com a Justiça na busca da verdade real.</w:t>
      </w:r>
    </w:p>
    <w:p/>
    <w:p>
      <w:r>
        <w:rPr>
          <w:b/>
          <w:sz w:val="22"/>
        </w:rPr>
        <w:t>III – DOS PEDIDOS</w:t>
      </w:r>
    </w:p>
    <w:p/>
    <w:p>
      <w:r>
        <w:rPr>
          <w:b w:val="0"/>
          <w:sz w:val="20"/>
        </w:rPr>
        <w:t>6. Diante do exposto, requer-se que sejam recebidas e juntadas aos autos as presentes últimas declarações, para que produzam seus jurídicos e legais efeitos.</w:t>
      </w:r>
    </w:p>
    <w:p/>
    <w:p>
      <w:r>
        <w:rPr>
          <w:b w:val="0"/>
          <w:sz w:val="20"/>
        </w:rPr>
        <w:t>7. Requer, ainda, a procedência do pedido inicial, com a condenação do Requerido nas verbas e direitos pleiteados, conforme fundamentação constante nos autos.</w:t>
      </w:r>
    </w:p>
    <w:p/>
    <w:p>
      <w:r>
        <w:rPr>
          <w:b/>
          <w:sz w:val="22"/>
        </w:rPr>
        <w:t>IV – DOS REQUERIMENTOS FINAIS</w:t>
      </w:r>
    </w:p>
    <w:p/>
    <w:p>
      <w:r>
        <w:rPr>
          <w:b w:val="0"/>
          <w:sz w:val="20"/>
        </w:rPr>
        <w:t>8. Por fim, requer:</w:t>
      </w:r>
    </w:p>
    <w:p>
      <w:r>
        <w:rPr>
          <w:b w:val="0"/>
          <w:sz w:val="20"/>
        </w:rPr>
        <w:t>- a intimação da parte adversa para ciência das presentes declarações;</w:t>
      </w:r>
    </w:p>
    <w:p>
      <w:r>
        <w:rPr>
          <w:b w:val="0"/>
          <w:sz w:val="20"/>
        </w:rPr>
        <w:t>- a manutenção da tramitação do feito até decisão final;</w:t>
      </w:r>
    </w:p>
    <w:p>
      <w:r>
        <w:rPr>
          <w:b w:val="0"/>
          <w:sz w:val="20"/>
        </w:rPr>
        <w:t>- a condenação do Requerido ao pagamento das custas processuais e honorários advocatícios, na forma da lei.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 de ____________________ de ________.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https://documentos-jus.com/ultimas-declaracoes/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ultimas-declaracoe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