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RESPOSTA À ACUSAÇÃO</w:t>
      </w:r>
    </w:p>
    <w:p/>
    <w:p>
      <w:r>
        <w:rPr>
          <w:b w:val="0"/>
          <w:sz w:val="20"/>
        </w:rPr>
        <w:t>EXCELENTÍSSIMO(A) SENHOR(A) DOUTOR(A) JUIZ(A) DO TRABALHO DA ___ VARA DO TRABALHO DE ________________________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Reclamada: ____________________________________________________________</w:t>
      </w:r>
    </w:p>
    <w:p/>
    <w:p>
      <w:r>
        <w:rPr>
          <w:b w:val="0"/>
          <w:sz w:val="20"/>
        </w:rPr>
        <w:t>RESPOSTA À ACUSAÇÃO</w:t>
      </w:r>
    </w:p>
    <w:p/>
    <w:p>
      <w:r>
        <w:rPr>
          <w:b w:val="0"/>
          <w:sz w:val="20"/>
        </w:rPr>
        <w:t>A Reclamada, por seu advogado infra-assinado, nos autos da Reclamação Trabalhista em epígrafe, vem respeitosamente apresentar sua</w:t>
      </w:r>
    </w:p>
    <w:p>
      <w:r>
        <w:rPr>
          <w:b/>
          <w:sz w:val="20"/>
        </w:rPr>
        <w:t>RESPOSTA À ACUSAÇÃO, nos termos que seguem:</w:t>
      </w:r>
    </w:p>
    <w:p/>
    <w:p>
      <w:r>
        <w:rPr>
          <w:b/>
          <w:sz w:val="22"/>
        </w:rPr>
        <w:t>I – PRELIMINARMENTE</w:t>
      </w:r>
    </w:p>
    <w:p/>
    <w:p>
      <w:r>
        <w:rPr>
          <w:b w:val="0"/>
          <w:sz w:val="20"/>
        </w:rPr>
        <w:t>1. Inépcia da inicial, caso aplicável, indicando eventuais falhas formais ou ausência de fundamentação jurídica suficiente.</w:t>
      </w:r>
    </w:p>
    <w:p>
      <w:r>
        <w:rPr>
          <w:b w:val="0"/>
          <w:sz w:val="20"/>
        </w:rPr>
        <w:t>2. Impugnação ao valor da causa, se for o caso.</w:t>
      </w:r>
    </w:p>
    <w:p>
      <w:r>
        <w:rPr>
          <w:b w:val="0"/>
          <w:sz w:val="20"/>
        </w:rPr>
        <w:t>3. Questões preliminares específicas, como incompetência, litispendência ou coisa julgada, se houver.</w:t>
      </w:r>
    </w:p>
    <w:p/>
    <w:p>
      <w:r>
        <w:rPr>
          <w:b/>
          <w:sz w:val="22"/>
        </w:rPr>
        <w:t>II – DAS ALEGAÇÕES DA RECLAMADA</w:t>
      </w:r>
    </w:p>
    <w:p/>
    <w:p>
      <w:r>
        <w:rPr>
          <w:b w:val="0"/>
          <w:sz w:val="20"/>
        </w:rPr>
        <w:t>1. DOS FATOS</w:t>
      </w:r>
    </w:p>
    <w:p>
      <w:r>
        <w:rPr>
          <w:b w:val="0"/>
          <w:sz w:val="20"/>
        </w:rPr>
        <w:t>A Reclamada nega todas as alegações contidas na petição inicial que não forem expressamente admitidas nesta resposta.</w:t>
      </w:r>
    </w:p>
    <w:p>
      <w:r>
        <w:rPr>
          <w:b w:val="0"/>
          <w:sz w:val="20"/>
        </w:rPr>
        <w:t>Esclarece que a relação de emprego ocorreu em estrita observância à legislação vigente, com cumprimento das obrigações contratuais e legais.</w:t>
      </w:r>
    </w:p>
    <w:p>
      <w:r>
        <w:rPr>
          <w:b w:val="0"/>
          <w:sz w:val="20"/>
        </w:rPr>
        <w:t>O Reclamado foi regularmente contratado para exercer a função de ____________________, conforme documentos anexos.</w:t>
      </w:r>
    </w:p>
    <w:p>
      <w:r>
        <w:rPr>
          <w:b w:val="0"/>
          <w:sz w:val="20"/>
        </w:rPr>
        <w:t>Durante o período contratual, foram observadas todas as normas relativas à jornada, intervalos, remuneração, adicionais e demais direitos trabalhistas.</w:t>
      </w:r>
    </w:p>
    <w:p/>
    <w:p>
      <w:r>
        <w:rPr>
          <w:b w:val="0"/>
          <w:sz w:val="20"/>
        </w:rPr>
        <w:t>2. DAS VERBAS TRABALHISTAS</w:t>
      </w:r>
    </w:p>
    <w:p>
      <w:r>
        <w:rPr>
          <w:b/>
          <w:sz w:val="20"/>
        </w:rPr>
        <w:t>Quanto às verbas pleiteadas, a Reclamada esclarece que:</w:t>
      </w:r>
    </w:p>
    <w:p>
      <w:r>
        <w:rPr>
          <w:b w:val="0"/>
          <w:sz w:val="20"/>
        </w:rPr>
        <w:t>- Aviso prévio foi corretamente pago e cumprido;</w:t>
      </w:r>
    </w:p>
    <w:p>
      <w:r>
        <w:rPr>
          <w:b w:val="0"/>
          <w:sz w:val="20"/>
        </w:rPr>
        <w:t>- 13º salário e férias foram adimplidos na forma da lei;</w:t>
      </w:r>
    </w:p>
    <w:p>
      <w:r>
        <w:rPr>
          <w:b w:val="0"/>
          <w:sz w:val="20"/>
        </w:rPr>
        <w:t>- Saldo de salário foi quitado na rescisão contratual;</w:t>
      </w:r>
    </w:p>
    <w:p>
      <w:r>
        <w:rPr>
          <w:b w:val="0"/>
          <w:sz w:val="20"/>
        </w:rPr>
        <w:t>- Depósitos do FGTS foram realizados regularmente;</w:t>
      </w:r>
    </w:p>
    <w:p>
      <w:r>
        <w:rPr>
          <w:b w:val="0"/>
          <w:sz w:val="20"/>
        </w:rPr>
        <w:t>- Multas previstas nos artigos 467 e 477 da CLT não são devidas, haja vista o cumprimento dos prazos legais;</w:t>
      </w:r>
    </w:p>
    <w:p>
      <w:r>
        <w:rPr>
          <w:b w:val="0"/>
          <w:sz w:val="20"/>
        </w:rPr>
        <w:t>- Horas extras e adicionais foram pagos conforme controle de jornada e legislação;</w:t>
      </w:r>
    </w:p>
    <w:p>
      <w:r>
        <w:rPr>
          <w:b w:val="0"/>
          <w:sz w:val="20"/>
        </w:rPr>
        <w:t>- Indenização por danos morais não possui fundamento, inexistindo ato ilícito ou abuso de direito.</w:t>
      </w:r>
    </w:p>
    <w:p/>
    <w:p>
      <w:r>
        <w:rPr>
          <w:b w:val="0"/>
          <w:sz w:val="20"/>
        </w:rPr>
        <w:t>3. DAS PROVAS</w:t>
      </w:r>
    </w:p>
    <w:p>
      <w:r>
        <w:rPr>
          <w:b/>
          <w:sz w:val="20"/>
        </w:rPr>
        <w:t>A Reclamada requer a produção de todas as provas admitidas em direito para comprovar suas alegações, especialmente:</w:t>
      </w:r>
    </w:p>
    <w:p>
      <w:r>
        <w:rPr>
          <w:b w:val="0"/>
          <w:sz w:val="20"/>
        </w:rPr>
        <w:t>• Prova documental;</w:t>
      </w:r>
    </w:p>
    <w:p>
      <w:r>
        <w:rPr>
          <w:b w:val="0"/>
          <w:sz w:val="20"/>
        </w:rPr>
        <w:t>• Prova testemunhal;</w:t>
      </w:r>
    </w:p>
    <w:p>
      <w:r>
        <w:rPr>
          <w:b w:val="0"/>
          <w:sz w:val="20"/>
        </w:rPr>
        <w:t>• Perícia técnica, caso necessário;</w:t>
      </w:r>
    </w:p>
    <w:p>
      <w:r>
        <w:rPr>
          <w:b w:val="0"/>
          <w:sz w:val="20"/>
        </w:rPr>
        <w:t>• Inspeção judicial;</w:t>
      </w:r>
    </w:p>
    <w:p>
      <w:r>
        <w:rPr>
          <w:b w:val="0"/>
          <w:sz w:val="20"/>
        </w:rPr>
        <w:t>• Demais meios de prova que se fizerem necessários.</w:t>
      </w:r>
    </w:p>
    <w:p/>
    <w:p>
      <w:r>
        <w:rPr>
          <w:b/>
          <w:sz w:val="22"/>
        </w:rPr>
        <w:t>III – DOS PEDIDOS</w:t>
      </w:r>
    </w:p>
    <w:p/>
    <w:p>
      <w:r>
        <w:rPr>
          <w:b/>
          <w:sz w:val="20"/>
        </w:rPr>
        <w:t>Ante o exposto, requer a Vossa Excelência:</w:t>
      </w:r>
    </w:p>
    <w:p/>
    <w:p>
      <w:r>
        <w:rPr>
          <w:b w:val="0"/>
          <w:sz w:val="20"/>
        </w:rPr>
        <w:t>1. Que sejam rejeitadas as pretensões formuladas na petição inicial, julgando-se improcedentes os pedidos;</w:t>
      </w:r>
    </w:p>
    <w:p>
      <w:r>
        <w:rPr>
          <w:b w:val="0"/>
          <w:sz w:val="20"/>
        </w:rPr>
        <w:t>2. Caso ultrapassada a preliminar, que sejam reconhecidos os pagamentos realizados e os direitos já adimplidos;</w:t>
      </w:r>
    </w:p>
    <w:p>
      <w:r>
        <w:rPr>
          <w:b w:val="0"/>
          <w:sz w:val="20"/>
        </w:rPr>
        <w:t>3. A condenação do Reclamante ao pagamento das custas processuais e honorários advocatícios;</w:t>
      </w:r>
    </w:p>
    <w:p>
      <w:r>
        <w:rPr>
          <w:b w:val="0"/>
          <w:sz w:val="20"/>
        </w:rPr>
        <w:t>4. A produção de todas as provas em direito admitidas;</w:t>
      </w:r>
    </w:p>
    <w:p>
      <w:r>
        <w:rPr>
          <w:b w:val="0"/>
          <w:sz w:val="20"/>
        </w:rPr>
        <w:t>5. A intimação do Reclamante para que se manifeste sobre esta resposta e apresente documentos que entender pertinentes.</w:t>
      </w:r>
    </w:p>
    <w:p/>
    <w:p>
      <w:r>
        <w:rPr>
          <w:b/>
          <w:sz w:val="22"/>
        </w:rPr>
        <w:t>IV – DO VALOR DA CAUSA</w:t>
      </w:r>
    </w:p>
    <w:p/>
    <w:p>
      <w:r>
        <w:rPr>
          <w:b w:val="0"/>
          <w:sz w:val="20"/>
        </w:rPr>
        <w:t>Dá-se à presente resposta o valor de R$ ________________________________ para fins fiscais.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https://documentos-jus.com/resposta-a-acusacao/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resposta-a-acusaca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