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RÉPLICA</w:t>
      </w:r>
    </w:p>
    <w:p/>
    <w:p/>
    <w:p>
      <w:r>
        <w:rPr>
          <w:b w:val="0"/>
          <w:i w:val="0"/>
          <w:sz w:val="22"/>
        </w:rPr>
        <w:t>EXCELENTÍSSIMO(A) SENHOR(A) DOUTOR(A) JUIZ(A) DE DIREITO DA ___ª VARA CÍVEL DA COMARCA DE ________________________</w:t>
      </w:r>
    </w:p>
    <w:p/>
    <w:p>
      <w:r>
        <w:rPr>
          <w:b w:val="0"/>
          <w:i w:val="0"/>
          <w:sz w:val="22"/>
        </w:rPr>
        <w:t>Processo nº: _________________________</w:t>
      </w:r>
    </w:p>
    <w:p/>
    <w:p>
      <w:r>
        <w:rPr>
          <w:b w:val="0"/>
          <w:i w:val="0"/>
          <w:sz w:val="22"/>
        </w:rPr>
        <w:t>REQUERENTE: ________________________________________________________________</w:t>
      </w:r>
    </w:p>
    <w:p>
      <w:r>
        <w:rPr>
          <w:b w:val="0"/>
          <w:i w:val="0"/>
          <w:sz w:val="22"/>
        </w:rPr>
        <w:t>REQUERIDO: _________________________________________________________________</w:t>
      </w:r>
    </w:p>
    <w:p/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 xml:space="preserve">                _______________, ___ de ____________________ de _________</w:t>
      </w:r>
    </w:p>
    <w:p>
      <w:r>
        <w:rPr>
          <w:b w:val="0"/>
          <w:i/>
          <w:sz w:val="22"/>
        </w:rPr>
        <w:t>Local e data</w:t>
      </w:r>
    </w:p>
    <w:p/>
    <w:p>
      <w:r>
        <w:rPr>
          <w:b w:val="0"/>
          <w:i w:val="0"/>
          <w:sz w:val="22"/>
        </w:rPr>
        <w:t>______________________________________________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 Nº ___________</w:t>
      </w:r>
    </w:p>
    <w:p/>
    <w:p>
      <w:r>
        <w:rPr>
          <w:b/>
          <w:sz w:val="24"/>
        </w:rPr>
        <w:t>I – SÍNTESE DA CONTESTAÇÃO</w:t>
      </w:r>
    </w:p>
    <w:p/>
    <w:p/>
    <w:p>
      <w:r>
        <w:rPr>
          <w:b w:val="0"/>
          <w:i w:val="0"/>
          <w:sz w:val="22"/>
        </w:rPr>
        <w:t>Em sua contestação, o(a) réu(ré) alegou, em síntese, que _________________________________.</w:t>
      </w:r>
    </w:p>
    <w:p>
      <w:r>
        <w:rPr>
          <w:b w:val="0"/>
          <w:i w:val="0"/>
          <w:sz w:val="22"/>
        </w:rPr>
        <w:t>No entanto, tais alegações não merecem prosperar pelos motivos que passo a expor.</w:t>
      </w:r>
    </w:p>
    <w:p/>
    <w:p>
      <w:r>
        <w:rPr>
          <w:b/>
          <w:sz w:val="24"/>
        </w:rPr>
        <w:t>II – PRELIMINARMENTE</w:t>
      </w:r>
    </w:p>
    <w:p/>
    <w:p/>
    <w:p>
      <w:r>
        <w:rPr>
          <w:b/>
          <w:i w:val="0"/>
          <w:sz w:val="22"/>
        </w:rPr>
        <w:t>Caso Vossa Excelência entenda pela existência de alguma preliminar arguida pela parte adversa, a Réplica se manifesta nos seguintes termos:</w:t>
      </w:r>
    </w:p>
    <w:p/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</w:t>
      </w:r>
    </w:p>
    <w:p/>
    <w:p>
      <w:r>
        <w:rPr>
          <w:b/>
          <w:sz w:val="24"/>
        </w:rPr>
        <w:t>III – MÉRITO</w:t>
      </w:r>
    </w:p>
    <w:p/>
    <w:p/>
    <w:p>
      <w:r>
        <w:rPr>
          <w:b w:val="0"/>
          <w:i w:val="0"/>
          <w:sz w:val="22"/>
        </w:rPr>
        <w:t>1. DA IMPROCEDÊNCIA DAS ALEGAÇÕES DO RÉU</w:t>
      </w:r>
    </w:p>
    <w:p/>
    <w:p>
      <w:r>
        <w:rPr>
          <w:b w:val="0"/>
          <w:i w:val="0"/>
          <w:sz w:val="22"/>
        </w:rPr>
        <w:t>As alegações trazidas pela parte contrária carecem de fundamento e não encontram respaldo nos fatos e no direito aplicável. Ressalte-se que ______________________________________________________.</w:t>
      </w:r>
    </w:p>
    <w:p/>
    <w:p>
      <w:r>
        <w:rPr>
          <w:b w:val="0"/>
          <w:i w:val="0"/>
          <w:sz w:val="22"/>
        </w:rPr>
        <w:t>2. DA PROVA DOS FATOS</w:t>
      </w:r>
    </w:p>
    <w:p/>
    <w:p>
      <w:r>
        <w:rPr>
          <w:b w:val="0"/>
          <w:i w:val="0"/>
          <w:sz w:val="22"/>
        </w:rPr>
        <w:t>A prova documental e testemunhal acostada aos autos demonstra claramente que _________________________________.</w:t>
      </w:r>
    </w:p>
    <w:p>
      <w:r>
        <w:rPr>
          <w:b w:val="0"/>
          <w:i w:val="0"/>
          <w:sz w:val="22"/>
        </w:rPr>
        <w:t>Assim, resta demonstrado o direito do(a) autor(a) conforme exposto na inicial.</w:t>
      </w:r>
    </w:p>
    <w:p/>
    <w:p>
      <w:r>
        <w:rPr>
          <w:b w:val="0"/>
          <w:i w:val="0"/>
          <w:sz w:val="22"/>
        </w:rPr>
        <w:t>3. DA RESPONSABILIDADE DO RÉU</w:t>
      </w:r>
    </w:p>
    <w:p/>
    <w:p>
      <w:r>
        <w:rPr>
          <w:b/>
          <w:i w:val="0"/>
          <w:sz w:val="22"/>
        </w:rPr>
        <w:t>O(a) requerido(a) deve ser responsabilizado(a) pelos prejuízos causados, conforme comprova a legislação vigente e a jurisprudência consolidada, especialmente:</w:t>
      </w:r>
    </w:p>
    <w:p/>
    <w:p>
      <w:r>
        <w:rPr>
          <w:b w:val="0"/>
          <w:i w:val="0"/>
          <w:sz w:val="22"/>
        </w:rPr>
        <w:t>- Código Civil, artigos 186 e 927;</w:t>
      </w:r>
    </w:p>
    <w:p>
      <w:r>
        <w:rPr>
          <w:b w:val="0"/>
          <w:i w:val="0"/>
          <w:sz w:val="22"/>
        </w:rPr>
        <w:t>- Súmulas e decisões dos tribunais superiores aplicáveis ao caso;</w:t>
      </w:r>
    </w:p>
    <w:p/>
    <w:p>
      <w:r>
        <w:rPr>
          <w:b/>
          <w:sz w:val="24"/>
        </w:rPr>
        <w:t>IV – DOS PEDIDOS</w:t>
      </w:r>
    </w:p>
    <w:p/>
    <w:p/>
    <w:p>
      <w:r>
        <w:rPr>
          <w:b/>
          <w:i w:val="0"/>
          <w:sz w:val="22"/>
        </w:rPr>
        <w:t>Ante o exposto, requer-se a Vossa Excelência:</w:t>
      </w:r>
    </w:p>
    <w:p/>
    <w:p>
      <w:r>
        <w:rPr>
          <w:b/>
          <w:i w:val="0"/>
          <w:sz w:val="22"/>
        </w:rPr>
        <w:t>1. O recebimento da presente réplica, para que seja considerada na formação do convencimento deste juízo;</w:t>
      </w:r>
    </w:p>
    <w:p>
      <w:r>
        <w:rPr>
          <w:b/>
          <w:i w:val="0"/>
          <w:sz w:val="22"/>
        </w:rPr>
        <w:t>2. A rejeição de todas as preliminares arguidas pela parte ré, caso existentes;</w:t>
      </w:r>
    </w:p>
    <w:p>
      <w:r>
        <w:rPr>
          <w:b/>
          <w:i w:val="0"/>
          <w:sz w:val="22"/>
        </w:rPr>
        <w:t>3. A total improcedência das alegações da contestação;</w:t>
      </w:r>
    </w:p>
    <w:p>
      <w:r>
        <w:rPr>
          <w:b/>
          <w:i w:val="0"/>
          <w:sz w:val="22"/>
        </w:rPr>
        <w:t>4. A procedência total dos pedidos formulados na petição inicial;</w:t>
      </w:r>
    </w:p>
    <w:p>
      <w:r>
        <w:rPr>
          <w:b/>
          <w:i w:val="0"/>
          <w:sz w:val="22"/>
        </w:rPr>
        <w:t>5. A condenação do(a) réu(ré) ao pagamento das custas processuais e honorários advocatícios;</w:t>
      </w:r>
    </w:p>
    <w:p>
      <w:r>
        <w:rPr>
          <w:b w:val="0"/>
          <w:i w:val="0"/>
          <w:sz w:val="22"/>
        </w:rPr>
        <w:t>6. A produção de todas as provas admitidas em direito, especialmente a documental, testemunhal e pericial, se necessárias.</w:t>
      </w:r>
    </w:p>
    <w:p/>
    <w:p>
      <w:r>
        <w:rPr>
          <w:b/>
          <w:sz w:val="24"/>
        </w:rPr>
        <w:t>V – DAS PROVAS</w:t>
      </w:r>
    </w:p>
    <w:p/>
    <w:p/>
    <w:p>
      <w:r>
        <w:rPr>
          <w:b/>
          <w:i w:val="0"/>
          <w:sz w:val="22"/>
        </w:rPr>
        <w:t>Requer-se, ainda, a juntada de novos documentos, bem como a oitiva das testemunhas abaixo arroladas, para comprovar os fatos alegados:</w:t>
      </w:r>
    </w:p>
    <w:p/>
    <w:p>
      <w:r>
        <w:rPr>
          <w:b w:val="0"/>
          <w:i w:val="0"/>
          <w:sz w:val="22"/>
        </w:rPr>
        <w:t>Nome: _____________________________________</w:t>
      </w:r>
    </w:p>
    <w:p>
      <w:r>
        <w:rPr>
          <w:b w:val="0"/>
          <w:i w:val="0"/>
          <w:sz w:val="22"/>
        </w:rPr>
        <w:t>RG: ______________________________________</w:t>
      </w:r>
    </w:p>
    <w:p>
      <w:r>
        <w:rPr>
          <w:b w:val="0"/>
          <w:i w:val="0"/>
          <w:sz w:val="22"/>
        </w:rPr>
        <w:t>Endereço: __________________________________</w:t>
      </w:r>
    </w:p>
    <w:p/>
    <w:p>
      <w:r>
        <w:rPr>
          <w:b w:val="0"/>
          <w:i w:val="0"/>
          <w:sz w:val="22"/>
        </w:rPr>
        <w:t>Nome: _____________________________________</w:t>
      </w:r>
    </w:p>
    <w:p>
      <w:r>
        <w:rPr>
          <w:b w:val="0"/>
          <w:i w:val="0"/>
          <w:sz w:val="22"/>
        </w:rPr>
        <w:t>RG: ______________________________________</w:t>
      </w:r>
    </w:p>
    <w:p>
      <w:r>
        <w:rPr>
          <w:b w:val="0"/>
          <w:i w:val="0"/>
          <w:sz w:val="22"/>
        </w:rPr>
        <w:t>Endereço: __________________________________</w:t>
      </w:r>
    </w:p>
    <w:p/>
    <w:p>
      <w:r>
        <w:rPr>
          <w:b/>
          <w:sz w:val="24"/>
        </w:rPr>
        <w:t>VI – DOS REQUERIMENTOS FINAIS</w:t>
      </w:r>
    </w:p>
    <w:p/>
    <w:p/>
    <w:p>
      <w:r>
        <w:rPr>
          <w:b w:val="0"/>
          <w:i w:val="0"/>
          <w:sz w:val="22"/>
        </w:rPr>
        <w:t>Por fim, requer-se que todas as intimações e publicações sejam realizadas em nome do(a) advogado(a) _______________________________, OAB/___ nº ____________, sob pena de nulidade.</w:t>
      </w:r>
    </w:p>
    <w:p/>
    <w:p>
      <w:r>
        <w:rPr>
          <w:b w:val="0"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_________________________, _____ de ____________________ de _________</w:t>
      </w:r>
    </w:p>
    <w:p>
      <w:r>
        <w:rPr>
          <w:b w:val="0"/>
          <w:i/>
          <w:sz w:val="22"/>
        </w:rPr>
        <w:t>Local e data</w:t>
      </w:r>
    </w:p>
    <w:p/>
    <w:p>
      <w:r>
        <w:rPr>
          <w:b w:val="0"/>
          <w:i w:val="0"/>
          <w:sz w:val="22"/>
        </w:rPr>
        <w:t>____________________________________________</w:t>
      </w:r>
    </w:p>
    <w:p>
      <w:r>
        <w:rPr>
          <w:b w:val="0"/>
          <w:i w:val="0"/>
          <w:sz w:val="22"/>
        </w:rPr>
        <w:t>Advogado(a)</w:t>
      </w:r>
    </w:p>
    <w:p>
      <w:r>
        <w:rPr>
          <w:b w:val="0"/>
          <w:i w:val="0"/>
          <w:sz w:val="22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https://documentos-jus.com/replica-civil/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plica-civi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