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RENÚNCIA DE MANDATO ADVOCATÍCIO</w:t>
      </w:r>
    </w:p>
    <w:p/>
    <w:p/>
    <w:p>
      <w:r>
        <w:rPr>
          <w:b w:val="0"/>
          <w:sz w:val="22"/>
        </w:rPr>
        <w:t>EXCELENTÍSSIMO(A) SENHOR(A) DOUTOR(A) JUIZ(A) DE DIREITO DA ___ VARA CÍVEL/CRIMINAL/TRABALHISTA DA COMARCA DE ________________________</w:t>
      </w:r>
    </w:p>
    <w:p/>
    <w:p/>
    <w:p>
      <w:pPr>
        <w:jc w:val="left"/>
      </w:pPr>
      <w:r>
        <w:rPr>
          <w:b/>
          <w:sz w:val="22"/>
        </w:rPr>
        <w:t>OUTORGANTE (CLIENTE):</w:t>
      </w:r>
    </w:p>
    <w:p>
      <w:r>
        <w:rPr>
          <w:b w:val="0"/>
          <w:sz w:val="22"/>
        </w:rPr>
        <w:t>Nome: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OUTORGADO (ADVOGADO):</w:t>
      </w:r>
    </w:p>
    <w:p>
      <w:r>
        <w:rPr>
          <w:b w:val="0"/>
          <w:sz w:val="22"/>
        </w:rPr>
        <w:t>Nome: _________________________________________________________________</w:t>
      </w:r>
    </w:p>
    <w:p>
      <w:r>
        <w:rPr>
          <w:b w:val="0"/>
          <w:sz w:val="22"/>
        </w:rPr>
        <w:t>OAB: _____________________ Seccional: _________________________________</w:t>
      </w:r>
    </w:p>
    <w:p>
      <w:r>
        <w:rPr>
          <w:b w:val="0"/>
          <w:sz w:val="22"/>
        </w:rPr>
        <w:t>Endereço Profissional: 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 w:val="0"/>
          <w:sz w:val="22"/>
        </w:rPr>
        <w:t>O OUTORGADO, na qualidade de advogado constituído pelo OUTORGANTE nos autos do processo nº ____________________, que tramita perante este juízo, vem, respeitosamente, apresentar sua RENÚNCIA AO MANDATO, nos termos do artigo 5º, § 5º, do Estatuto da Advocacia (Lei nº 8.906/94), e artigo 112 do Código de Processo Civil, pelos motivos a seguir expostos:</w:t>
      </w:r>
    </w:p>
    <w:p/>
    <w:p>
      <w:r>
        <w:rPr>
          <w:b w:val="0"/>
          <w:sz w:val="22"/>
        </w:rPr>
        <w:t>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</w:t>
      </w:r>
    </w:p>
    <w:p/>
    <w:p>
      <w:r>
        <w:rPr>
          <w:b w:val="0"/>
          <w:sz w:val="22"/>
        </w:rPr>
        <w:t>O OUTORGADO informa que comunicou previamente o OUTORGANTE acerca da presente renúncia, garantindo o prazo legal para que este constitua novo procurador, a fim de evitar prejuízo à defesa de seus interesses.</w:t>
      </w:r>
    </w:p>
    <w:p/>
    <w:p>
      <w:r>
        <w:rPr>
          <w:b w:val="0"/>
          <w:sz w:val="22"/>
        </w:rPr>
        <w:t>Requer, portanto, que seja recebida a presente RENÚNCIA, determinando-se a intimação do OUTORGANTE para constituir novo advogado no prazo legal, sob pena de prosseguimento do feito, nos termos da legislação vigente.</w:t>
      </w:r>
    </w:p>
    <w:p/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/>
    <w:p/>
    <w:p/>
    <w:p>
      <w:r>
        <w:rPr>
          <w:b w:val="0"/>
          <w:sz w:val="22"/>
        </w:rPr>
        <w:t>______________________________, ________________</w:t>
      </w:r>
    </w:p>
    <w:p>
      <w:r>
        <w:rPr>
          <w:b w:val="0"/>
          <w:sz w:val="22"/>
        </w:rPr>
        <w:t>Local                                                Data</w:t>
      </w:r>
    </w:p>
    <w:p/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ADVOGADO</w:t>
      </w:r>
    </w:p>
    <w:p>
      <w:r>
        <w:rPr>
          <w:b w:val="0"/>
          <w:sz w:val="22"/>
        </w:rPr>
        <w:t>OAB/___ Nº __________</w:t>
      </w:r>
    </w:p>
    <w:p/>
    <w:p/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OUTORGANTE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https://documentos-jus.com/renuncia-de-mandato-advogado/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nuncia-de-mandato-advogad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