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RECURSO INOMINADO</w:t>
      </w:r>
    </w:p>
    <w:p/>
    <w:p/>
    <w:p>
      <w:r>
        <w:rPr>
          <w:b w:val="0"/>
          <w:sz w:val="20"/>
        </w:rPr>
        <w:t>EXCELENTÍSSIMO(A) SENHOR(A) JUIZ(A) DE DIREITO DO JUIZADO ESPECIAL CÍVEL DA COMARCA DE ____________________________</w:t>
      </w:r>
    </w:p>
    <w:p/>
    <w:p/>
    <w:p>
      <w:r>
        <w:rPr>
          <w:b/>
          <w:sz w:val="20"/>
        </w:rPr>
        <w:t>Processo nº: _______________________</w:t>
      </w:r>
    </w:p>
    <w:p/>
    <w:p>
      <w:r>
        <w:rPr>
          <w:b/>
          <w:sz w:val="20"/>
        </w:rPr>
        <w:t>RECORRENTE:</w:t>
      </w:r>
    </w:p>
    <w:p>
      <w:r>
        <w:rPr>
          <w:b w:val="0"/>
          <w:sz w:val="20"/>
        </w:rPr>
        <w:t>Nome: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</w:t>
      </w:r>
    </w:p>
    <w:p>
      <w:r>
        <w:rPr>
          <w:b w:val="0"/>
          <w:sz w:val="20"/>
        </w:rPr>
        <w:t>Estado Civil: ______________________________________________________</w:t>
      </w:r>
    </w:p>
    <w:p>
      <w:r>
        <w:rPr>
          <w:b w:val="0"/>
          <w:sz w:val="20"/>
        </w:rPr>
        <w:t>Profissão: ________________________________________________________</w:t>
      </w:r>
    </w:p>
    <w:p>
      <w:r>
        <w:rPr>
          <w:b w:val="0"/>
          <w:sz w:val="20"/>
        </w:rPr>
        <w:t>CPF: 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</w:t>
      </w:r>
    </w:p>
    <w:p>
      <w:r>
        <w:rPr>
          <w:b w:val="0"/>
          <w:sz w:val="20"/>
        </w:rPr>
        <w:t>Telefone: _________________________________________________________</w:t>
      </w:r>
    </w:p>
    <w:p>
      <w:r>
        <w:rPr>
          <w:b w:val="0"/>
          <w:sz w:val="20"/>
        </w:rPr>
        <w:t>E-mail: ___________________________________________________________</w:t>
      </w:r>
    </w:p>
    <w:p/>
    <w:p>
      <w:r>
        <w:rPr>
          <w:b/>
          <w:sz w:val="20"/>
        </w:rPr>
        <w:t>RECORRIDO:</w:t>
      </w:r>
    </w:p>
    <w:p>
      <w:r>
        <w:rPr>
          <w:b w:val="0"/>
          <w:sz w:val="20"/>
        </w:rPr>
        <w:t>Nome: 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</w:t>
      </w:r>
    </w:p>
    <w:p/>
    <w:p/>
    <w:p>
      <w:r>
        <w:rPr>
          <w:b/>
          <w:sz w:val="20"/>
        </w:rPr>
        <w:t>I – BREVE SÍNTESE DOS FATOS</w:t>
      </w:r>
    </w:p>
    <w:p/>
    <w:p>
      <w:r>
        <w:rPr>
          <w:b w:val="0"/>
          <w:sz w:val="20"/>
        </w:rPr>
        <w:t>O Recorrente ajuizou ação perante este Juizado Especial Cível, na qual teve decisão desfavorável, conforme sentença de fls. _____.</w:t>
      </w:r>
    </w:p>
    <w:p>
      <w:r>
        <w:rPr>
          <w:b w:val="0"/>
          <w:sz w:val="20"/>
        </w:rPr>
        <w:t>Discordando dos fundamentos e do resultado, interpõe o presente Recurso Inominado, com fulcro na Lei nº 9.099/95, para que seja reformada a decisão proferida.</w:t>
      </w:r>
    </w:p>
    <w:p/>
    <w:p>
      <w:r>
        <w:rPr>
          <w:b/>
          <w:sz w:val="20"/>
        </w:rPr>
        <w:t>II – DO DIREITO</w:t>
      </w:r>
    </w:p>
    <w:p/>
    <w:p>
      <w:r>
        <w:rPr>
          <w:b w:val="0"/>
          <w:sz w:val="20"/>
        </w:rPr>
        <w:t>O presente recurso encontra amparo no artigo 41 da Lei nº 9.099/95, que assegura às partes o direito de recorrer da sentença proferida nos Juizados Especiais Cíveis.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O Recorrente sustenta que a sentença merece reforma pelos seguintes motivos:</w:t>
      </w:r>
    </w:p>
    <w:p/>
    <w:p>
      <w:r>
        <w:rPr>
          <w:b/>
          <w:sz w:val="20"/>
        </w:rPr>
        <w:t>1. Da preliminar (se houver):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/>
    <w:p>
      <w:r>
        <w:rPr>
          <w:b/>
          <w:sz w:val="20"/>
        </w:rPr>
        <w:t>2. Do mérito: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/>
    <w:p>
      <w:r>
        <w:rPr>
          <w:b/>
          <w:sz w:val="20"/>
        </w:rPr>
        <w:t>3. Da jurisprudência e legislação aplicável: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/>
    <w:p>
      <w:r>
        <w:rPr>
          <w:b/>
          <w:sz w:val="20"/>
        </w:rPr>
        <w:t>III – DOS PEDIDOS</w:t>
      </w:r>
    </w:p>
    <w:p/>
    <w:p>
      <w:r>
        <w:rPr>
          <w:b w:val="0"/>
          <w:sz w:val="20"/>
        </w:rPr>
        <w:t>Diante do exposto, requer:</w:t>
      </w:r>
    </w:p>
    <w:p>
      <w:r>
        <w:rPr>
          <w:b w:val="0"/>
          <w:sz w:val="20"/>
        </w:rPr>
        <w:t>a) O conhecimento e o provimento do presente Recurso Inominado, para que seja reformada a sentença recorrida, julgando-se procedentes os pedidos do Recorrente;</w:t>
      </w:r>
    </w:p>
    <w:p>
      <w:r>
        <w:rPr>
          <w:b w:val="0"/>
          <w:sz w:val="20"/>
        </w:rPr>
        <w:t>b) A intimação do Recorrido para apresentar contrarrazões no prazo legal;</w:t>
      </w:r>
    </w:p>
    <w:p>
      <w:r>
        <w:rPr>
          <w:b w:val="0"/>
          <w:sz w:val="20"/>
        </w:rPr>
        <w:t>c) A condenação do Recorrido ao pagamento das custas processuais e honorários advocatícios, caso cabíveis;</w:t>
      </w:r>
    </w:p>
    <w:p>
      <w:r>
        <w:rPr>
          <w:b w:val="0"/>
          <w:sz w:val="20"/>
        </w:rPr>
        <w:t>d) A juntada das provas eventualmente apresentadas e a realização de diligências necessárias, caso admitidas por Vossa Excelência.</w:t>
      </w:r>
    </w:p>
    <w:p/>
    <w:p>
      <w:r>
        <w:rPr>
          <w:b w:val="0"/>
          <w:sz w:val="20"/>
        </w:rPr>
        <w:t>Termos em que,</w:t>
      </w:r>
    </w:p>
    <w:p>
      <w:r>
        <w:rPr>
          <w:b w:val="0"/>
          <w:sz w:val="20"/>
        </w:rPr>
        <w:t>Pede deferimento.</w:t>
      </w:r>
    </w:p>
    <w:p/>
    <w:p/>
    <w:p>
      <w:r>
        <w:rPr>
          <w:b w:val="0"/>
          <w:sz w:val="20"/>
        </w:rPr>
        <w:t>Local, _________________________________</w:t>
      </w:r>
    </w:p>
    <w:p/>
    <w:p/>
    <w:p/>
    <w:p>
      <w:r>
        <w:rPr>
          <w:b w:val="0"/>
          <w:sz w:val="20"/>
        </w:rPr>
        <w:t>__________________________________________________</w:t>
      </w:r>
    </w:p>
    <w:p>
      <w:r>
        <w:rPr>
          <w:b w:val="0"/>
          <w:sz w:val="20"/>
        </w:rPr>
        <w:t>Nome do Advogado</w:t>
      </w:r>
    </w:p>
    <w:p>
      <w:r>
        <w:rPr>
          <w:b w:val="0"/>
          <w:sz w:val="20"/>
        </w:rPr>
        <w:t>OAB/UF nº 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https://documentos-jus.com/recurso-inominado-juizado-especial-civel/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recurso-inominado-juizado-especial-civel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