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RECLAMAÇÃO TRABALHISTA - DESVIO DE FUNÇÃO</w:t>
      </w:r>
    </w:p>
    <w:p/>
    <w:p/>
    <w:p>
      <w:r>
        <w:rPr>
          <w:b/>
          <w:sz w:val="22"/>
        </w:rPr>
        <w:t>EXCELENTÍSSIMO(A) SENHOR(A) DOUTOR(A) JUIZ(A) DO TRABALHO DA ___ VARA DO TRABALHO DE __________________________</w:t>
      </w:r>
    </w:p>
    <w:p/>
    <w:p>
      <w:r>
        <w:rPr>
          <w:b/>
          <w:sz w:val="22"/>
        </w:rPr>
        <w:t>RECLAMANTE:</w:t>
      </w:r>
    </w:p>
    <w:p>
      <w:r>
        <w:rPr>
          <w:b w:val="0"/>
          <w:sz w:val="22"/>
        </w:rPr>
        <w:t>Nome: ____________________________________________________________</w:t>
      </w:r>
    </w:p>
    <w:p>
      <w:r>
        <w:rPr>
          <w:b w:val="0"/>
          <w:sz w:val="22"/>
        </w:rPr>
        <w:t>Nacionalidade: ____________________________________________________</w:t>
      </w:r>
    </w:p>
    <w:p>
      <w:r>
        <w:rPr>
          <w:b w:val="0"/>
          <w:sz w:val="22"/>
        </w:rPr>
        <w:t>Estado Civil: ______________________________________________________</w:t>
      </w:r>
    </w:p>
    <w:p>
      <w:r>
        <w:rPr>
          <w:b w:val="0"/>
          <w:sz w:val="22"/>
        </w:rPr>
        <w:t>Profissão: ________________________________________________________</w:t>
      </w:r>
    </w:p>
    <w:p>
      <w:r>
        <w:rPr>
          <w:b w:val="0"/>
          <w:sz w:val="22"/>
        </w:rPr>
        <w:t>Documento de Identidade (RG): ______________________________________</w:t>
      </w:r>
    </w:p>
    <w:p>
      <w:r>
        <w:rPr>
          <w:b w:val="0"/>
          <w:sz w:val="22"/>
        </w:rPr>
        <w:t>CPF: ______________________________________________________________</w:t>
      </w:r>
    </w:p>
    <w:p>
      <w:r>
        <w:rPr>
          <w:b w:val="0"/>
          <w:sz w:val="22"/>
        </w:rPr>
        <w:t>CTPS nº: __________________ Série: __________ UF: _________________</w:t>
      </w:r>
    </w:p>
    <w:p>
      <w:r>
        <w:rPr>
          <w:b w:val="0"/>
          <w:sz w:val="22"/>
        </w:rPr>
        <w:t>PIS/PASEP: ________________________________________________________</w:t>
      </w:r>
    </w:p>
    <w:p>
      <w:r>
        <w:rPr>
          <w:b w:val="0"/>
          <w:sz w:val="22"/>
        </w:rPr>
        <w:t>Endereço: _________________________________________________________</w:t>
      </w:r>
    </w:p>
    <w:p>
      <w:r>
        <w:rPr>
          <w:b w:val="0"/>
          <w:sz w:val="22"/>
        </w:rPr>
        <w:t>Telefone: _________________________________________________________</w:t>
      </w:r>
    </w:p>
    <w:p>
      <w:r>
        <w:rPr>
          <w:b w:val="0"/>
          <w:sz w:val="22"/>
        </w:rPr>
        <w:t>E-mail: ___________________________________________________________</w:t>
      </w:r>
    </w:p>
    <w:p/>
    <w:p>
      <w:r>
        <w:rPr>
          <w:b/>
          <w:sz w:val="22"/>
        </w:rPr>
        <w:t>RECLAMADA:</w:t>
      </w:r>
    </w:p>
    <w:p>
      <w:r>
        <w:rPr>
          <w:b w:val="0"/>
          <w:sz w:val="22"/>
        </w:rPr>
        <w:t>Razão Social: _____________________________________________________</w:t>
      </w:r>
    </w:p>
    <w:p>
      <w:r>
        <w:rPr>
          <w:b w:val="0"/>
          <w:sz w:val="22"/>
        </w:rPr>
        <w:t>CNPJ: ____________________________________________________________</w:t>
      </w:r>
    </w:p>
    <w:p>
      <w:r>
        <w:rPr>
          <w:b w:val="0"/>
          <w:sz w:val="22"/>
        </w:rPr>
        <w:t>Endereço: _________________________________________________________</w:t>
      </w:r>
    </w:p>
    <w:p/>
    <w:p/>
    <w:p>
      <w:r>
        <w:rPr>
          <w:b/>
          <w:sz w:val="24"/>
        </w:rPr>
        <w:t>I - DOS FATOS</w:t>
      </w:r>
    </w:p>
    <w:p/>
    <w:p>
      <w:r>
        <w:rPr>
          <w:b w:val="0"/>
          <w:sz w:val="22"/>
        </w:rPr>
        <w:t>O Reclamante foi contratado pela Reclamada para exercer a função de ______________________, conforme comprovado na CTPS anexa.</w:t>
      </w:r>
    </w:p>
    <w:p>
      <w:r>
        <w:rPr>
          <w:b w:val="0"/>
          <w:sz w:val="22"/>
        </w:rPr>
        <w:t>Entretanto, durante o contrato de trabalho, foi obrigado a exercer atividades típicas de outra função, qual seja, ____________________________, sem que houvesse alteração contratual formal ou o pagamento das devidas diferenças salariais.</w:t>
      </w:r>
    </w:p>
    <w:p>
      <w:r>
        <w:rPr>
          <w:b w:val="0"/>
          <w:sz w:val="22"/>
        </w:rPr>
        <w:t>Tal conduta configura desvio de função, com violação dos direitos trabalhistas do Reclamante, que exerceu função diversa daquela para a qual foi contratado, com atribuições superiores/incompatíveis e sem a correspondente contraprestação financeira.</w:t>
      </w:r>
    </w:p>
    <w:p>
      <w:r>
        <w:rPr>
          <w:b w:val="0"/>
          <w:sz w:val="22"/>
        </w:rPr>
        <w:t>O Reclamante desempenhou tais atividades no período de ___/___/_____ até ___/___/_____.</w:t>
      </w:r>
    </w:p>
    <w:p/>
    <w:p>
      <w:r>
        <w:rPr>
          <w:b/>
          <w:sz w:val="24"/>
        </w:rPr>
        <w:t>II - DO DIREITO</w:t>
      </w:r>
    </w:p>
    <w:p/>
    <w:p>
      <w:r>
        <w:rPr>
          <w:b w:val="0"/>
          <w:sz w:val="22"/>
        </w:rPr>
        <w:t>O artigo 468 da Consolidação das Leis do Trabalho (CLT) veda a alteração unilateral do contrato de trabalho que resulte em prejuízo para o empregado, salvo mediante mútuo consentimento e desde que haja justificativa para tal modificação.</w:t>
      </w:r>
    </w:p>
    <w:p>
      <w:r>
        <w:rPr>
          <w:b w:val="0"/>
          <w:sz w:val="22"/>
        </w:rPr>
        <w:t>O desvio de função caracteriza-se pela execução habitual de atividades diversas daquelas para as quais o empregado foi contratado, sem a devida alteração contratual, o que enseja o direito à equiparação salarial e diferenças remuneratórias correspondentes.</w:t>
      </w:r>
    </w:p>
    <w:p>
      <w:r>
        <w:rPr>
          <w:b w:val="0"/>
          <w:sz w:val="22"/>
        </w:rPr>
        <w:t>A jurisprudência do Tribunal Superior do Trabalho (TST) é pacífica no sentido de que o empregado que exerce função diversa da contratada faz jus à remuneração correspondente à função efetivamente exercida, além das diferenças salariais retroativas.</w:t>
      </w:r>
    </w:p>
    <w:p>
      <w:r>
        <w:rPr>
          <w:b w:val="0"/>
          <w:sz w:val="22"/>
        </w:rPr>
        <w:t>Além disso, o artigo 7º, inciso XXX, da Constituição Federal assegura o direito ao salário igual para trabalho de igual valor, sem distinção de função.</w:t>
      </w:r>
    </w:p>
    <w:p/>
    <w:p>
      <w:r>
        <w:rPr>
          <w:b/>
          <w:sz w:val="24"/>
        </w:rPr>
        <w:t>III - DAS PROVAS</w:t>
      </w:r>
    </w:p>
    <w:p/>
    <w:p>
      <w:r>
        <w:rPr>
          <w:b w:val="0"/>
          <w:sz w:val="22"/>
        </w:rPr>
        <w:t>Para comprovar o alegado, o Reclamante requer a produção das seguintes provas:</w:t>
      </w:r>
    </w:p>
    <w:p>
      <w:r>
        <w:rPr>
          <w:b/>
          <w:sz w:val="22"/>
        </w:rPr>
        <w:t>• Prova documental, especialmente a CTPS e recibos de pagamento;</w:t>
      </w:r>
    </w:p>
    <w:p>
      <w:r>
        <w:rPr>
          <w:b/>
          <w:sz w:val="22"/>
        </w:rPr>
        <w:t>• Oitiva de testemunhas que possam confirmar a realização das atividades distintas e o desvio de função;</w:t>
      </w:r>
    </w:p>
    <w:p>
      <w:r>
        <w:rPr>
          <w:b/>
          <w:sz w:val="22"/>
        </w:rPr>
        <w:t>• Perícia técnica, caso necessário, para atestar as funções exercidas;</w:t>
      </w:r>
    </w:p>
    <w:p>
      <w:r>
        <w:rPr>
          <w:b/>
          <w:sz w:val="22"/>
        </w:rPr>
        <w:t>• Demais provas admitidas em direito que se fizerem necessárias.</w:t>
      </w:r>
    </w:p>
    <w:p/>
    <w:p>
      <w:r>
        <w:rPr>
          <w:b/>
          <w:sz w:val="24"/>
        </w:rPr>
        <w:t>IV - DOS PEDIDOS</w:t>
      </w:r>
    </w:p>
    <w:p/>
    <w:p>
      <w:r>
        <w:rPr>
          <w:b w:val="0"/>
          <w:sz w:val="22"/>
        </w:rPr>
        <w:t>Diante do exposto, requer:</w:t>
      </w:r>
    </w:p>
    <w:p>
      <w:r>
        <w:rPr>
          <w:b/>
          <w:sz w:val="22"/>
        </w:rPr>
        <w:t>1. A citação da Reclamada para apresentar defesa, sob pena de revelia e confissão quanto à matéria de fato;</w:t>
      </w:r>
    </w:p>
    <w:p>
      <w:r>
        <w:rPr>
          <w:b/>
          <w:sz w:val="22"/>
        </w:rPr>
        <w:t>2. O reconhecimento do desvio de função praticado pela Reclamada e o consequente pagamento das diferenças salariais correspondentes ao período em que o Reclamante exerceu função diversa daquela contratada, com reflexos em férias, 13º salário, FGTS, INSS, aviso prévio, multa do artigo 477 da CLT e demais verbas trabalhistas;</w:t>
      </w:r>
    </w:p>
    <w:p>
      <w:r>
        <w:rPr>
          <w:b/>
          <w:sz w:val="22"/>
        </w:rPr>
        <w:t>3. A condenação da Reclamada ao pagamento das diferenças de FGTS com multa de 40%;</w:t>
      </w:r>
    </w:p>
    <w:p>
      <w:r>
        <w:rPr>
          <w:b/>
          <w:sz w:val="22"/>
        </w:rPr>
        <w:t>4. A condenação da Reclamada ao pagamento de honorários advocatícios;</w:t>
      </w:r>
    </w:p>
    <w:p>
      <w:r>
        <w:rPr>
          <w:b/>
          <w:sz w:val="22"/>
        </w:rPr>
        <w:t>5. A concessão dos benefícios da justiça gratuita, por ser o Reclamante pessoa pobre na acepção jurídica do termo;</w:t>
      </w:r>
    </w:p>
    <w:p>
      <w:r>
        <w:rPr>
          <w:b/>
          <w:sz w:val="22"/>
        </w:rPr>
        <w:t>6. A produção de todas as provas admitidas em direito, especialmente documental, testemunhal e pericial;</w:t>
      </w:r>
    </w:p>
    <w:p>
      <w:r>
        <w:rPr>
          <w:b/>
          <w:sz w:val="22"/>
        </w:rPr>
        <w:t>7. A condenação da Reclamada ao pagamento de correção monetária e juros legais sobre todas as verbas deferidas.</w:t>
      </w:r>
    </w:p>
    <w:p/>
    <w:p>
      <w:r>
        <w:rPr>
          <w:b/>
          <w:sz w:val="24"/>
        </w:rPr>
        <w:t>V - DO VALOR DA CAUSA</w:t>
      </w:r>
    </w:p>
    <w:p/>
    <w:p>
      <w:r>
        <w:rPr>
          <w:b/>
          <w:sz w:val="22"/>
        </w:rPr>
        <w:t>Dá-se à presente Reclamação Trabalhista o valor de R$ ____________________, para efeitos fiscais e de alçada.</w:t>
      </w:r>
    </w:p>
    <w:p/>
    <w:p/>
    <w:p>
      <w:r>
        <w:rPr>
          <w:b w:val="0"/>
          <w:sz w:val="22"/>
        </w:rPr>
        <w:t>Nestes termos,</w:t>
      </w:r>
    </w:p>
    <w:p>
      <w:r>
        <w:rPr>
          <w:b w:val="0"/>
          <w:sz w:val="22"/>
        </w:rPr>
        <w:t>Pede deferimento.</w:t>
      </w:r>
    </w:p>
    <w:p/>
    <w:p/>
    <w:p/>
    <w:p>
      <w:r>
        <w:rPr>
          <w:b w:val="0"/>
          <w:sz w:val="22"/>
        </w:rPr>
        <w:t>______________________________, ________________________________</w:t>
      </w:r>
    </w:p>
    <w:p>
      <w:r>
        <w:rPr>
          <w:b w:val="0"/>
          <w:sz w:val="22"/>
        </w:rPr>
        <w:t>Local</w:t>
      </w:r>
    </w:p>
    <w:p>
      <w:r>
        <w:rPr>
          <w:b w:val="0"/>
          <w:sz w:val="22"/>
        </w:rPr>
        <w:t>Data</w:t>
      </w:r>
    </w:p>
    <w:p/>
    <w:p/>
    <w:p>
      <w:r>
        <w:rPr>
          <w:b w:val="0"/>
          <w:sz w:val="22"/>
        </w:rPr>
        <w:t>_____________________________________________</w:t>
      </w:r>
    </w:p>
    <w:p>
      <w:r>
        <w:rPr>
          <w:b w:val="0"/>
          <w:sz w:val="22"/>
        </w:rPr>
        <w:t>Advogado(a)</w:t>
      </w:r>
    </w:p>
    <w:p>
      <w:r>
        <w:rPr>
          <w:b w:val="0"/>
          <w:sz w:val="22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https://documentos-jus.com/reclamacao-trabalhista-desvio-de-funcao/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reclamacao-trabalhista-desvio-de-funcao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