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RECIBO DE PAGAMENTO DE ALUGUEL</w:t>
      </w:r>
    </w:p>
    <w:p/>
    <w:p/>
    <w:p>
      <w:r>
        <w:rPr>
          <w:b w:val="0"/>
          <w:sz w:val="22"/>
        </w:rPr>
        <w:t xml:space="preserve">Eu, ________________________________________________, CPF nº ________________________________, residente e domiciliado(a) à ________________________________________________________________, declaro para os devidos fins que recebi de </w:t>
      </w:r>
    </w:p>
    <w:p>
      <w:r>
        <w:rPr>
          <w:b w:val="0"/>
          <w:sz w:val="22"/>
        </w:rPr>
        <w:t>Sr.(a) ________________________________________________, CPF nº ________________________________, residente e domiciliado(a) à ________________________________________________________________, a quantia de R$ ______________________ (____________________________________________________________ reais), referente ao pagamento do aluguel do imóvel localizado à ________________________________________________________________, referente ao mês de ____________________________, do ano de ________.</w:t>
      </w:r>
    </w:p>
    <w:p/>
    <w:p>
      <w:r>
        <w:rPr>
          <w:b w:val="0"/>
          <w:sz w:val="22"/>
        </w:rPr>
        <w:t>O referido pagamento foi realizado em moeda corrente nacional, neste ato, no dia _______ do mês de ______________________ do ano de ________.</w:t>
      </w:r>
    </w:p>
    <w:p/>
    <w:p>
      <w:r>
        <w:rPr>
          <w:b w:val="0"/>
          <w:sz w:val="22"/>
        </w:rPr>
        <w:t>Este recibo é válido como comprovante de pagamento do aluguel citado, não havendo quaisquer pendências financeiras referentes ao período mencionado.</w:t>
      </w:r>
    </w:p>
    <w:p/>
    <w:p/>
    <w:p>
      <w:r>
        <w:rPr>
          <w:b/>
          <w:sz w:val="22"/>
        </w:rPr>
        <w:t>Informações adicionais:</w:t>
      </w:r>
    </w:p>
    <w:p>
      <w:r>
        <w:rPr>
          <w:b w:val="0"/>
          <w:sz w:val="22"/>
        </w:rPr>
        <w:t>- Valor do aluguel mensal: R$ ______________________</w:t>
      </w:r>
    </w:p>
    <w:p>
      <w:r>
        <w:rPr>
          <w:b w:val="0"/>
          <w:sz w:val="22"/>
        </w:rPr>
        <w:t>- Condições de pagamento: ________________________________________________________________</w:t>
      </w:r>
    </w:p>
    <w:p>
      <w:r>
        <w:rPr>
          <w:b w:val="0"/>
          <w:sz w:val="22"/>
        </w:rPr>
        <w:t>- Multas e encargos por atraso (se houver): __________________________________________________</w:t>
      </w:r>
    </w:p>
    <w:p>
      <w:r>
        <w:rPr>
          <w:b w:val="0"/>
          <w:sz w:val="22"/>
        </w:rPr>
        <w:t>- Observações: ___________________________________________________________________________</w:t>
      </w:r>
    </w:p>
    <w:p/>
    <w:p/>
    <w:p/>
    <w:p>
      <w:pPr>
        <w:jc w:val="center"/>
      </w:pPr>
      <w:r>
        <w:rPr>
          <w:b w:val="0"/>
          <w:sz w:val="22"/>
        </w:rPr>
        <w:t>______________________________, ______ de ____________________ de ________</w:t>
      </w:r>
    </w:p>
    <w:p/>
    <w:p/>
    <w:p/>
    <w:p/>
    <w:p>
      <w:pPr>
        <w:jc w:val="center"/>
      </w:pPr>
      <w:r>
        <w:rPr>
          <w:b w:val="0"/>
          <w:sz w:val="22"/>
        </w:rPr>
        <w:t>__________________________________________</w:t>
      </w:r>
    </w:p>
    <w:p>
      <w:pPr>
        <w:jc w:val="center"/>
      </w:pPr>
      <w:r>
        <w:rPr>
          <w:b w:val="0"/>
          <w:sz w:val="22"/>
        </w:rPr>
        <w:t>Assinatura do(a) Locador(a)</w:t>
      </w:r>
    </w:p>
    <w:p/>
    <w:p/>
    <w:p/>
    <w:p>
      <w:pPr>
        <w:jc w:val="center"/>
      </w:pPr>
      <w:r>
        <w:rPr>
          <w:b w:val="0"/>
          <w:sz w:val="22"/>
        </w:rPr>
        <w:t>__________________________________________</w:t>
      </w:r>
    </w:p>
    <w:p>
      <w:pPr>
        <w:jc w:val="center"/>
      </w:pPr>
      <w:r>
        <w:rPr>
          <w:b w:val="0"/>
          <w:sz w:val="22"/>
        </w:rPr>
        <w:t>Assinatura do(a) Locatário(a)</w:t>
      </w:r>
    </w:p>
    <w:p/>
    <w:p/>
    <w:p>
      <w:r>
        <w:rPr>
          <w:b/>
          <w:sz w:val="22"/>
        </w:rPr>
        <w:t>Testemunhas:</w:t>
      </w:r>
    </w:p>
    <w:p/>
    <w:p>
      <w:r>
        <w:rPr>
          <w:b w:val="0"/>
          <w:sz w:val="22"/>
        </w:rPr>
        <w:t>1) Nome: ______________________________________ CPF: _______________________________</w:t>
      </w:r>
    </w:p>
    <w:p>
      <w:r>
        <w:rPr>
          <w:b w:val="0"/>
          <w:sz w:val="22"/>
        </w:rPr>
        <w:t>Assinatura: ___________________________________</w:t>
      </w:r>
    </w:p>
    <w:p/>
    <w:p>
      <w:r>
        <w:rPr>
          <w:b w:val="0"/>
          <w:sz w:val="22"/>
        </w:rPr>
        <w:t>2) Nome: ______________________________________ CPF: _______________________________</w:t>
      </w:r>
    </w:p>
    <w:p>
      <w:r>
        <w:rPr>
          <w:b w:val="0"/>
          <w:sz w:val="22"/>
        </w:rPr>
        <w:t>Assinatura: ___________________________________</w:t>
      </w:r>
    </w:p>
    <w:p/>
    <w:p/>
    <w:p>
      <w:r>
        <w:rPr>
          <w:b w:val="0"/>
          <w:sz w:val="22"/>
        </w:rPr>
        <w:t>Declaro, ainda, que o imóvel encontra-se em perfeito estado de conservação e funcionamento, salvo as condições acordadas previamente entre as partes.</w:t>
      </w:r>
    </w:p>
    <w:p/>
    <w:p>
      <w:r>
        <w:rPr>
          <w:b w:val="0"/>
          <w:sz w:val="22"/>
        </w:rPr>
        <w:t>Este recibo foi elaborado em duas vias de igual teor, ficando uma via com o(a) locador(a) e outra com o(a) locatário(a).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https://documentos-jus.com/recibo-de-aluguel-de-casa/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recibo-de-aluguel-de-casa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