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PROPOSTA DE HONORÁRIOS ADVOCATÍCIOS</w:t>
      </w:r>
    </w:p>
    <w:p/>
    <w:p/>
    <w:p>
      <w:r>
        <w:rPr>
          <w:b/>
          <w:sz w:val="20"/>
        </w:rPr>
        <w:t>AO(À) ILUSTRÍSSIMO(A) SENHOR(A) CLIENTE</w:t>
      </w:r>
    </w:p>
    <w:p/>
    <w:p>
      <w:r>
        <w:rPr>
          <w:b w:val="0"/>
          <w:sz w:val="20"/>
        </w:rPr>
        <w:t>Prezado(a) Senhor(a),</w:t>
      </w:r>
    </w:p>
    <w:p/>
    <w:p>
      <w:r>
        <w:rPr>
          <w:b w:val="0"/>
          <w:sz w:val="20"/>
        </w:rPr>
        <w:t>Eu, _____________________________________________, advogado(a), inscrito(a) na OAB/___ sob o nº ____________, apresento a V.Sa. a presente proposta de honorários advocatícios para atuação profissional no âmbito jurídico conforme os termos abaixo.</w:t>
      </w:r>
    </w:p>
    <w:p/>
    <w:p/>
    <w:p>
      <w:r>
        <w:rPr>
          <w:b/>
          <w:sz w:val="22"/>
        </w:rPr>
        <w:t>I – DO OBJETO</w:t>
      </w:r>
    </w:p>
    <w:p/>
    <w:p>
      <w:r>
        <w:rPr>
          <w:b w:val="0"/>
          <w:sz w:val="20"/>
        </w:rPr>
        <w:t>A presente proposta tem por objeto a prestação de serviços advocatícios relacionados a ________________________________________________________, englobando todas as diligências necessárias para a defesa dos interesses do(a) cliente, tais como consultas, elaboração de peças processuais, audiências e demais atos jurídicos pertinentes.</w:t>
      </w:r>
    </w:p>
    <w:p/>
    <w:p/>
    <w:p>
      <w:r>
        <w:rPr>
          <w:b/>
          <w:sz w:val="22"/>
        </w:rPr>
        <w:t>II – DOS HONORÁRIOS ADVOCATÍCIOS</w:t>
      </w:r>
    </w:p>
    <w:p/>
    <w:p>
      <w:r>
        <w:rPr>
          <w:b w:val="0"/>
          <w:sz w:val="20"/>
        </w:rPr>
        <w:t>Os honorários advocatícios serão cobrados da seguinte forma, nos termos do artigo 22 da Lei nº 8.906/94 (Estatuto da Advocacia):</w:t>
      </w:r>
    </w:p>
    <w:p/>
    <w:p>
      <w:r>
        <w:rPr>
          <w:b/>
          <w:sz w:val="20"/>
        </w:rPr>
        <w:t>1. Honorários Contratuais:</w:t>
      </w:r>
    </w:p>
    <w:p>
      <w:r>
        <w:rPr>
          <w:b w:val="0"/>
          <w:sz w:val="20"/>
        </w:rPr>
        <w:t>a) Honorários fixos: valor de R$ ___________________, pagos da seguinte forma: _______________________________________________________________.</w:t>
      </w:r>
    </w:p>
    <w:p>
      <w:r>
        <w:rPr>
          <w:b w:val="0"/>
          <w:sz w:val="20"/>
        </w:rPr>
        <w:t>b) Honorários de êxito: percentual de ______% (____ por cento) sobre o valor bruto da condenação, acordo ou benefício econômico obtido.</w:t>
      </w:r>
    </w:p>
    <w:p>
      <w:r>
        <w:rPr>
          <w:b w:val="0"/>
          <w:sz w:val="20"/>
        </w:rPr>
        <w:t>c) Honorários mensais (opcionais): valor mensal de R$ ____________________, pagos até o dia ____ de cada mês.</w:t>
      </w:r>
    </w:p>
    <w:p/>
    <w:p>
      <w:r>
        <w:rPr>
          <w:b/>
          <w:sz w:val="20"/>
        </w:rPr>
        <w:t>2. Despesas e Custas:</w:t>
      </w:r>
    </w:p>
    <w:p>
      <w:r>
        <w:rPr>
          <w:b w:val="0"/>
          <w:sz w:val="20"/>
        </w:rPr>
        <w:t>As despesas necessárias ao desenvolvimento do trabalho, tais como custas processuais, despesas com diligências, cópias, autenticações, correios, viagens, entre outras, serão ressarcidas pelo(a) cliente mediante comprovação.</w:t>
      </w:r>
    </w:p>
    <w:p/>
    <w:p>
      <w:r>
        <w:rPr>
          <w:b/>
          <w:sz w:val="20"/>
        </w:rPr>
        <w:t>3. Forma de Pagamento:</w:t>
      </w:r>
    </w:p>
    <w:p>
      <w:r>
        <w:rPr>
          <w:b w:val="0"/>
          <w:sz w:val="20"/>
        </w:rPr>
        <w:t>O pagamento dos honorários será realizado conforme acordado entre as partes, podendo ser parcelado ou à vista, mediante recibo.</w:t>
      </w:r>
    </w:p>
    <w:p/>
    <w:p/>
    <w:p>
      <w:r>
        <w:rPr>
          <w:b/>
          <w:sz w:val="22"/>
        </w:rPr>
        <w:t>III – DO PRAZO E VIGÊNCIA</w:t>
      </w:r>
    </w:p>
    <w:p/>
    <w:p>
      <w:r>
        <w:rPr>
          <w:b w:val="0"/>
          <w:sz w:val="20"/>
        </w:rPr>
        <w:t>A presente proposta tem vigência a partir da assinatura do contrato de honorários e vigorará até a conclusão dos serviços ou rescisão contratual.</w:t>
      </w:r>
    </w:p>
    <w:p/>
    <w:p/>
    <w:p>
      <w:r>
        <w:rPr>
          <w:b/>
          <w:sz w:val="22"/>
        </w:rPr>
        <w:t>IV – DAS OBRIGAÇÕES DO(A) CLIENTE</w:t>
      </w:r>
    </w:p>
    <w:p/>
    <w:p>
      <w:r>
        <w:rPr>
          <w:b w:val="0"/>
          <w:sz w:val="20"/>
        </w:rPr>
        <w:t>São obrigações do(a) cliente fornecer todas as informações e documentos necessários para a adequada prestação dos serviços, bem como cumprir com os pagamentos ajustados nesta proposta.</w:t>
      </w:r>
    </w:p>
    <w:p/>
    <w:p/>
    <w:p>
      <w:r>
        <w:rPr>
          <w:b/>
          <w:sz w:val="22"/>
        </w:rPr>
        <w:t>V – DAS OBRIGAÇÕES DO ADVOGADO</w:t>
      </w:r>
    </w:p>
    <w:p/>
    <w:p>
      <w:r>
        <w:rPr>
          <w:b w:val="0"/>
          <w:sz w:val="20"/>
        </w:rPr>
        <w:t>Compete ao advogado atuar com diligência, ética e zelo na defesa dos interesses do(a) cliente, mantendo-o informado sobre o andamento do processo.</w:t>
      </w:r>
    </w:p>
    <w:p/>
    <w:p/>
    <w:p>
      <w:r>
        <w:rPr>
          <w:b/>
          <w:sz w:val="22"/>
        </w:rPr>
        <w:t>VI – DA RESCISÃO CONTRATUAL</w:t>
      </w:r>
    </w:p>
    <w:p/>
    <w:p>
      <w:r>
        <w:rPr>
          <w:b w:val="0"/>
          <w:sz w:val="20"/>
        </w:rPr>
        <w:t>O contrato poderá ser rescindido por qualquer das partes mediante comunicação por escrito, respeitando-se o pagamento dos honorários proporcionais aos serviços prestados até a data da rescisão.</w:t>
      </w:r>
    </w:p>
    <w:p/>
    <w:p/>
    <w:p>
      <w:r>
        <w:rPr>
          <w:b/>
          <w:sz w:val="22"/>
        </w:rPr>
        <w:t>VII – DO FORO</w:t>
      </w:r>
    </w:p>
    <w:p/>
    <w:p>
      <w:r>
        <w:rPr>
          <w:b w:val="0"/>
          <w:sz w:val="20"/>
        </w:rPr>
        <w:t>Fica eleito o foro da comarca de ______________________________ para dirimir quaisquer dúvidas ou controvérsias decorrentes deste contrato.</w:t>
      </w:r>
    </w:p>
    <w:p/>
    <w:p/>
    <w:p/>
    <w:p>
      <w:r>
        <w:rPr>
          <w:b w:val="0"/>
          <w:sz w:val="20"/>
        </w:rPr>
        <w:t>______________________________, ____________________________</w:t>
      </w:r>
    </w:p>
    <w:p>
      <w:r>
        <w:rPr>
          <w:b w:val="0"/>
          <w:sz w:val="20"/>
        </w:rPr>
        <w:t>Local                                                        Data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Advogado(a)</w:t>
              <w:br/>
              <w:t>OAB/___ nº 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Cliente</w:t>
              <w:br/>
              <w:t>CPF nº 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https://documentos-jus.com/proposta-de-honorarios-advocaticios/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roposta-de-honorarios-advocaticios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