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MOVIMENTAR CONTA BANCÁRIA</w:t>
      </w:r>
    </w:p>
    <w:p/>
    <w:p/>
    <w:p>
      <w:r>
        <w:rPr>
          <w:b/>
          <w:i w:val="0"/>
          <w:sz w:val="22"/>
        </w:rPr>
        <w:t>OUTORGANTE:</w:t>
      </w:r>
    </w:p>
    <w:p/>
    <w:p>
      <w:pPr>
        <w:jc w:val="both"/>
      </w:pPr>
      <w:r>
        <w:rPr>
          <w:b w:val="0"/>
          <w:i w:val="0"/>
          <w:sz w:val="22"/>
        </w:rPr>
        <w:t>Nome: 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Documento de Identidade (RG): 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Bairro: ___________________________ Cidade: ___________________________</w:t>
      </w:r>
    </w:p>
    <w:p>
      <w:pPr>
        <w:jc w:val="both"/>
      </w:pPr>
      <w:r>
        <w:rPr>
          <w:b w:val="0"/>
          <w:i w:val="0"/>
          <w:sz w:val="22"/>
        </w:rPr>
        <w:t>Estado: __________ CEP: ______________</w:t>
      </w:r>
    </w:p>
    <w:p/>
    <w:p/>
    <w:p>
      <w:r>
        <w:rPr>
          <w:b/>
          <w:i w:val="0"/>
          <w:sz w:val="22"/>
        </w:rPr>
        <w:t>OUTORGADO:</w:t>
      </w:r>
    </w:p>
    <w:p/>
    <w:p>
      <w:pPr>
        <w:jc w:val="both"/>
      </w:pPr>
      <w:r>
        <w:rPr>
          <w:b w:val="0"/>
          <w:i w:val="0"/>
          <w:sz w:val="22"/>
        </w:rPr>
        <w:t>Nome: 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Documento de Identidade (RG): 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Bairro: ___________________________ Cidade: ___________________________</w:t>
      </w:r>
    </w:p>
    <w:p>
      <w:pPr>
        <w:jc w:val="both"/>
      </w:pPr>
      <w:r>
        <w:rPr>
          <w:b w:val="0"/>
          <w:i w:val="0"/>
          <w:sz w:val="22"/>
        </w:rPr>
        <w:t>Estado: __________ CEP: ______________</w:t>
      </w:r>
    </w:p>
    <w:p/>
    <w:p/>
    <w:p>
      <w:r>
        <w:rPr>
          <w:b/>
          <w:i w:val="0"/>
          <w:sz w:val="22"/>
        </w:rPr>
        <w:t>PODERES:</w:t>
      </w:r>
    </w:p>
    <w:p/>
    <w:p>
      <w:pPr>
        <w:jc w:val="both"/>
      </w:pPr>
      <w:r>
        <w:rPr>
          <w:b w:val="0"/>
          <w:i w:val="0"/>
          <w:sz w:val="22"/>
        </w:rPr>
        <w:t>O OUTORGANTE nomeia e constitui seu bastante procurador o OUTORGADO, para, em seu nome, praticar todos os atos necessários para movimentar sua conta bancária junto a qualquer instituição financeira, incluindo, mas não se limitando a:</w:t>
        <w:br/>
        <w:br/>
        <w:t>1. Efetuar depósitos, saques, transferências entre contas, pagamentos de contas e boletos;</w:t>
        <w:br/>
        <w:t>2. Solicitar saldos, extratos e informações referentes à conta;</w:t>
        <w:br/>
        <w:t>3. Contratar empréstimos, financiamentos e operações de crédito;</w:t>
        <w:br/>
        <w:t>4. Emitir, endossar e descontar cheques;</w:t>
        <w:br/>
        <w:t>5. Solicitar cartões de débito e crédito vinculados à conta;</w:t>
        <w:br/>
        <w:t>6. Realizar investimentos e resgates, movimentar aplicações financeiras;</w:t>
        <w:br/>
        <w:t>7. Cancelar ou alterar serviços bancários relacionados à conta;</w:t>
        <w:br/>
        <w:t>8. Representar o OUTORGANTE perante a instituição financeira para quaisquer finalidades relacionadas à conta mencionada.</w:t>
        <w:br/>
        <w:br/>
        <w:t>Este mandato é outorgado com poderes para o substabelecimento, no todo ou em parte, com ou sem reservas de poderes.</w:t>
      </w:r>
    </w:p>
    <w:p/>
    <w:p/>
    <w:p>
      <w:r>
        <w:rPr>
          <w:b/>
          <w:i w:val="0"/>
          <w:sz w:val="22"/>
        </w:rPr>
        <w:t>LOCAL E ASSINATURA:</w:t>
      </w:r>
    </w:p>
    <w:p/>
    <w:p>
      <w:pPr>
        <w:jc w:val="both"/>
      </w:pPr>
      <w:r>
        <w:rPr>
          <w:b w:val="0"/>
          <w:i w:val="0"/>
          <w:sz w:val="22"/>
        </w:rPr>
        <w:t>Local: 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Data: ____ / ____ / ______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OUTORGANTE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OUTORGADO</w:t>
      </w:r>
    </w:p>
    <w:p/>
    <w:p/>
    <w:p/>
    <w:p>
      <w:r>
        <w:rPr>
          <w:b/>
          <w:i w:val="0"/>
          <w:sz w:val="22"/>
        </w:rPr>
        <w:t>TESTEMUNHAS:</w:t>
      </w:r>
    </w:p>
    <w:p/>
    <w:p>
      <w:r>
        <w:rPr>
          <w:b w:val="0"/>
          <w:i w:val="0"/>
          <w:sz w:val="22"/>
        </w:rPr>
        <w:t>1. Nome: _______________________________________ CPF: 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________________________________________________________________</w:t>
      </w:r>
    </w:p>
    <w:p/>
    <w:p>
      <w:r>
        <w:rPr>
          <w:b w:val="0"/>
          <w:i w:val="0"/>
          <w:sz w:val="22"/>
        </w:rPr>
        <w:t>2. Nome: _______________________________________ CPF: __________________________</w:t>
      </w:r>
    </w:p>
    <w:p>
      <w:r>
        <w:rPr>
          <w:b w:val="0"/>
          <w:i w:val="0"/>
          <w:sz w:val="22"/>
        </w:rPr>
        <w:t xml:space="preserve">   Assinatura: 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https://documentos-jus.com/procuracao-para-movimentar-conta-bancaria/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rocuracao-para-movimentar-conta-bancar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