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PROCURAÇÃO DE VEÍCULO</w:t>
      </w:r>
    </w:p>
    <w:p/>
    <w:p/>
    <w:p>
      <w:r>
        <w:rPr>
          <w:b w:val="0"/>
          <w:sz w:val="22"/>
        </w:rPr>
        <w:t>OUTORGANTE: ____________________________________________________________, brasileiro(a), estado civil ________________, profissão ________________________________, portador(a) do RG nº ____________________________, inscrito(a) no CPF sob nº ____________________________, residente e domiciliado(a) à ________________________________________________________________, nº ________, bairro ____________________, cidade ________________________, estado ____________, CEP ________________.</w:t>
      </w:r>
    </w:p>
    <w:p/>
    <w:p>
      <w:r>
        <w:rPr>
          <w:b w:val="0"/>
          <w:sz w:val="22"/>
        </w:rPr>
        <w:t>OUTORGADO: ____________________________________________________________, brasileiro(a), estado civil ________________, profissão ________________________________, portador(a) do RG nº ____________________________, inscrito(a) no CPF sob nº ____________________________, residente e domiciliado(a) à ________________________________________________________________, nº ________, bairro ____________________, cidade ________________________, estado ____________, CEP ________________.</w:t>
      </w:r>
    </w:p>
    <w:p/>
    <w:p>
      <w:r>
        <w:rPr>
          <w:b/>
          <w:sz w:val="22"/>
        </w:rPr>
        <w:t>PODERES:</w:t>
      </w:r>
    </w:p>
    <w:p>
      <w:r>
        <w:rPr>
          <w:b/>
          <w:sz w:val="22"/>
        </w:rPr>
        <w:t>O OUTORGANTE nomeia e constitui seu bastante procurador o OUTORGADO, conferindo-lhe poderes para praticar todos os atos necessários relacionados ao veículo de sua propriedade, descrito a seguir:</w:t>
      </w:r>
    </w:p>
    <w:p/>
    <w:p>
      <w:r>
        <w:rPr>
          <w:b/>
          <w:sz w:val="22"/>
        </w:rPr>
        <w:t>VEÍCULO:</w:t>
      </w:r>
    </w:p>
    <w:p>
      <w:r>
        <w:rPr>
          <w:b w:val="0"/>
          <w:sz w:val="22"/>
        </w:rPr>
        <w:t>Marca/Modelo: ____________________________________________________________</w:t>
      </w:r>
    </w:p>
    <w:p>
      <w:r>
        <w:rPr>
          <w:b w:val="0"/>
          <w:sz w:val="22"/>
        </w:rPr>
        <w:t>Ano/Modelo: _____________________________________________________________</w:t>
      </w:r>
    </w:p>
    <w:p>
      <w:r>
        <w:rPr>
          <w:b w:val="0"/>
          <w:sz w:val="22"/>
        </w:rPr>
        <w:t>Cor: ___________________________________________________________________</w:t>
      </w:r>
    </w:p>
    <w:p>
      <w:r>
        <w:rPr>
          <w:b w:val="0"/>
          <w:sz w:val="22"/>
        </w:rPr>
        <w:t>Placa: _________________________________________________________________</w:t>
      </w:r>
    </w:p>
    <w:p>
      <w:r>
        <w:rPr>
          <w:b w:val="0"/>
          <w:sz w:val="22"/>
        </w:rPr>
        <w:t>Renavam: _______________________________________________________________</w:t>
      </w:r>
    </w:p>
    <w:p/>
    <w:p>
      <w:r>
        <w:rPr>
          <w:b/>
          <w:sz w:val="22"/>
        </w:rPr>
        <w:t>Para que o OUTORGADO possa, em nome do OUTORGANTE, praticar os seguintes atos perante órgãos públicos, privados, concessionárias, financeiras, despachantes, Detran, e quaisquer outras entidades relacionadas ao veículo:</w:t>
      </w:r>
    </w:p>
    <w:p/>
    <w:p>
      <w:r>
        <w:rPr>
          <w:b w:val="0"/>
          <w:sz w:val="22"/>
        </w:rPr>
        <w:t>1. Transferência de propriedade, incluindo assinatura de documentos, recibos, contratos e formulários;</w:t>
      </w:r>
    </w:p>
    <w:p>
      <w:r>
        <w:rPr>
          <w:b w:val="0"/>
          <w:sz w:val="22"/>
        </w:rPr>
        <w:t>2. Licenciamento, pagamento de taxas, impostos, multas e demais encargos relacionados ao veículo;</w:t>
      </w:r>
    </w:p>
    <w:p>
      <w:r>
        <w:rPr>
          <w:b w:val="0"/>
          <w:sz w:val="22"/>
        </w:rPr>
        <w:t>3. Solicitação de segunda via de documentos, certidões negativas, e quaisquer outros documentos relacionados ao veículo;</w:t>
      </w:r>
    </w:p>
    <w:p>
      <w:r>
        <w:rPr>
          <w:b w:val="0"/>
          <w:sz w:val="22"/>
        </w:rPr>
        <w:t>4. Representação em processos administrativos e judiciais relacionados ao veículo, inclusive para defesa e recurso;</w:t>
      </w:r>
    </w:p>
    <w:p>
      <w:r>
        <w:rPr>
          <w:b w:val="0"/>
          <w:sz w:val="22"/>
        </w:rPr>
        <w:t>5. Retirada, entrega e recebimento do veículo em oficinas, despachantes, concessionárias e demais locais;</w:t>
      </w:r>
    </w:p>
    <w:p>
      <w:r>
        <w:rPr>
          <w:b w:val="0"/>
          <w:sz w:val="22"/>
        </w:rPr>
        <w:t>6. Realização de vistorias, inspeções e quaisquer outras providências necessárias;</w:t>
      </w:r>
    </w:p>
    <w:p>
      <w:r>
        <w:rPr>
          <w:b w:val="0"/>
          <w:sz w:val="22"/>
        </w:rPr>
        <w:t>7. Contratação e recebimento de serviços relacionados ao veículo;</w:t>
      </w:r>
    </w:p>
    <w:p>
      <w:r>
        <w:rPr>
          <w:b w:val="0"/>
          <w:sz w:val="22"/>
        </w:rPr>
        <w:t>8. Praticar quaisquer outros atos que se façam necessários para a plena administração e regularização do veículo.</w:t>
      </w:r>
    </w:p>
    <w:p/>
    <w:p>
      <w:r>
        <w:rPr>
          <w:b w:val="0"/>
          <w:sz w:val="22"/>
        </w:rPr>
        <w:t>Esta procuração é válida por prazo indeterminado, podendo ser revogada a qualquer tempo pelo OUTORGANTE mediante comunicação por escrito.</w:t>
      </w:r>
    </w:p>
    <w:p/>
    <w:p>
      <w:r>
        <w:rPr>
          <w:b w:val="0"/>
          <w:sz w:val="22"/>
        </w:rPr>
        <w:t>E, por assim estar justo e contratado, o OUTORGANTE assina o presente instrumento para que produza seus efeitos legais.</w:t>
      </w:r>
    </w:p>
    <w:p/>
    <w:p>
      <w:r>
        <w:rPr>
          <w:b w:val="0"/>
          <w:sz w:val="22"/>
        </w:rPr>
        <w:t>___________________________________________________________</w:t>
      </w:r>
    </w:p>
    <w:p>
      <w:r>
        <w:rPr>
          <w:b w:val="0"/>
          <w:sz w:val="22"/>
        </w:rPr>
        <w:t>Assinatura do OUTORGANTE</w:t>
      </w:r>
    </w:p>
    <w:p/>
    <w:p>
      <w:r>
        <w:rPr>
          <w:b w:val="0"/>
          <w:sz w:val="22"/>
        </w:rPr>
        <w:t>___________________________________________________________</w:t>
      </w:r>
    </w:p>
    <w:p>
      <w:r>
        <w:rPr>
          <w:b w:val="0"/>
          <w:sz w:val="22"/>
        </w:rPr>
        <w:t>Assinatura do OUTORGADO</w:t>
      </w:r>
    </w:p>
    <w:p/>
    <w:p>
      <w:r>
        <w:rPr>
          <w:b/>
          <w:sz w:val="22"/>
        </w:rPr>
        <w:t>Testemunhas:</w:t>
      </w:r>
    </w:p>
    <w:p>
      <w:r>
        <w:rPr>
          <w:b w:val="0"/>
          <w:sz w:val="22"/>
        </w:rPr>
        <w:t>1) Nome: _____________________________________ CPF: ____________________________ Assinatura: ____________________________</w:t>
      </w:r>
    </w:p>
    <w:p>
      <w:r>
        <w:rPr>
          <w:b w:val="0"/>
          <w:sz w:val="22"/>
        </w:rPr>
        <w:t>2) Nome: _____________________________________ CPF: ____________________________ Assinatura: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https://documentos-jus.com/procuracao-de-veiculo/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rocuracao-de-veicul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