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REQUERIMENTO DE PONTO COMERCIAL</w:t>
      </w:r>
    </w:p>
    <w:p/>
    <w:p/>
    <w:p>
      <w:pPr>
        <w:jc w:val="left"/>
      </w:pPr>
      <w:r>
        <w:rPr>
          <w:b/>
          <w:sz w:val="22"/>
        </w:rPr>
        <w:t>REQUERENTE:</w:t>
      </w:r>
    </w:p>
    <w:p>
      <w:pPr>
        <w:jc w:val="both"/>
      </w:pPr>
      <w:r>
        <w:rPr>
          <w:b w:val="0"/>
          <w:sz w:val="20"/>
        </w:rPr>
        <w:t>Nome/Razão Social: __________________________________________________________</w:t>
      </w:r>
    </w:p>
    <w:p>
      <w:pPr>
        <w:jc w:val="both"/>
      </w:pPr>
      <w:r>
        <w:rPr>
          <w:b w:val="0"/>
          <w:sz w:val="20"/>
        </w:rPr>
        <w:t>CPF/CNPJ: _________________________________________________________________</w:t>
      </w:r>
    </w:p>
    <w:p>
      <w:pPr>
        <w:jc w:val="both"/>
      </w:pPr>
      <w:r>
        <w:rPr>
          <w:b w:val="0"/>
          <w:sz w:val="20"/>
        </w:rPr>
        <w:t>RG/Inscrição Estadual: ______________________________________________________</w:t>
      </w:r>
    </w:p>
    <w:p>
      <w:pPr>
        <w:jc w:val="both"/>
      </w:pPr>
      <w:r>
        <w:rPr>
          <w:b w:val="0"/>
          <w:sz w:val="20"/>
        </w:rPr>
        <w:t>Endereço Residencial/Comercial: _____________________________________________</w:t>
      </w:r>
    </w:p>
    <w:p>
      <w:pPr>
        <w:jc w:val="both"/>
      </w:pPr>
      <w:r>
        <w:rPr>
          <w:b w:val="0"/>
          <w:sz w:val="20"/>
        </w:rPr>
        <w:t>Bairro: ___________________________ Cidade: ________________________________</w:t>
      </w:r>
    </w:p>
    <w:p>
      <w:pPr>
        <w:jc w:val="both"/>
      </w:pPr>
      <w:r>
        <w:rPr>
          <w:b w:val="0"/>
          <w:sz w:val="20"/>
        </w:rPr>
        <w:t>Estado: __________ CEP: ______________ Telefone: ____________________________</w:t>
      </w:r>
    </w:p>
    <w:p>
      <w:pPr>
        <w:jc w:val="both"/>
      </w:pPr>
      <w:r>
        <w:rPr>
          <w:b w:val="0"/>
          <w:sz w:val="20"/>
        </w:rPr>
        <w:t>E-mail: _________________________________________________________________</w:t>
      </w:r>
    </w:p>
    <w:p/>
    <w:p>
      <w:pPr>
        <w:jc w:val="left"/>
      </w:pPr>
      <w:r>
        <w:rPr>
          <w:b/>
          <w:sz w:val="22"/>
        </w:rPr>
        <w:t>LOCALIZAÇÃO DO PONTO COMERCIAL REQUERIDO: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_________________________________________________________________</w:t>
      </w:r>
    </w:p>
    <w:p>
      <w:pPr>
        <w:jc w:val="both"/>
      </w:pPr>
      <w:r>
        <w:rPr>
          <w:b w:val="0"/>
          <w:sz w:val="20"/>
        </w:rPr>
        <w:t>Número: __________________ Complemento: ___________________________________</w:t>
      </w:r>
    </w:p>
    <w:p>
      <w:pPr>
        <w:jc w:val="both"/>
      </w:pPr>
      <w:r>
        <w:rPr>
          <w:b w:val="0"/>
          <w:sz w:val="20"/>
        </w:rPr>
        <w:t>Bairro: ___________________________ Cidade: ________________________________</w:t>
      </w:r>
    </w:p>
    <w:p>
      <w:pPr>
        <w:jc w:val="both"/>
      </w:pPr>
      <w:r>
        <w:rPr>
          <w:b w:val="0"/>
          <w:sz w:val="20"/>
        </w:rPr>
        <w:t>Estado: __________ CEP: ______________</w:t>
      </w:r>
    </w:p>
    <w:p>
      <w:pPr>
        <w:jc w:val="both"/>
      </w:pPr>
      <w:r>
        <w:rPr>
          <w:b w:val="0"/>
          <w:sz w:val="20"/>
        </w:rPr>
        <w:t>Descrição detalhada do local e entorno: 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ATIVIDADES A SEREM EXERCIDAS NO PONTO COMERCIAL: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FUNDAMENTAÇÃO E JUSTIFICATIVA:</w:t>
      </w:r>
    </w:p>
    <w:p>
      <w:pPr>
        <w:jc w:val="both"/>
      </w:pPr>
      <w:r>
        <w:rPr>
          <w:b w:val="0"/>
          <w:sz w:val="20"/>
        </w:rPr>
        <w:t>O Requerente justifica o pedido do ponto comercial acima descrito conforme segue: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DECLARAÇÃO:</w:t>
      </w:r>
    </w:p>
    <w:p>
      <w:pPr>
        <w:jc w:val="both"/>
      </w:pPr>
      <w:r>
        <w:rPr>
          <w:b w:val="0"/>
          <w:sz w:val="20"/>
        </w:rPr>
        <w:t>Declaro, sob as penas da lei, que as informações prestadas são verdadeiras e que o uso do ponto comercial obedecerá à legislação municipal, estadual e federal vigente, incluindo normas sanitárias, ambientais, urbanísticas e de segurança pública.</w:t>
      </w:r>
    </w:p>
    <w:p>
      <w:pPr>
        <w:jc w:val="both"/>
      </w:pPr>
      <w:r>
        <w:rPr>
          <w:b w:val="0"/>
          <w:sz w:val="20"/>
        </w:rPr>
        <w:t>Comprometo-me a cumprir todas as exigências legais para o exercício da atividade comercial requerida, bem como a respeitar as restrições e condições impostas pela Prefeitura e demais órgãos competentes.</w:t>
      </w:r>
    </w:p>
    <w:p/>
    <w:p>
      <w:pPr>
        <w:jc w:val="left"/>
      </w:pPr>
      <w:r>
        <w:rPr>
          <w:b/>
          <w:sz w:val="22"/>
        </w:rPr>
        <w:t>DOCUMENTOS ANEXADOS AO REQUERIMENTO:</w:t>
      </w:r>
    </w:p>
    <w:p>
      <w:pPr>
        <w:jc w:val="both"/>
      </w:pPr>
      <w:r>
        <w:rPr>
          <w:b w:val="0"/>
          <w:sz w:val="20"/>
        </w:rPr>
        <w:t>• Cópia do CPF/CNPJ e RG/Inscrição Estadual;</w:t>
      </w:r>
    </w:p>
    <w:p>
      <w:pPr>
        <w:jc w:val="both"/>
      </w:pPr>
      <w:r>
        <w:rPr>
          <w:b w:val="0"/>
          <w:sz w:val="20"/>
        </w:rPr>
        <w:t>• Comprovante de endereço atualizado;</w:t>
      </w:r>
    </w:p>
    <w:p>
      <w:pPr>
        <w:jc w:val="both"/>
      </w:pPr>
      <w:r>
        <w:rPr>
          <w:b w:val="0"/>
          <w:sz w:val="20"/>
        </w:rPr>
        <w:t>• Planta ou croqui do local;</w:t>
      </w:r>
    </w:p>
    <w:p>
      <w:pPr>
        <w:jc w:val="both"/>
      </w:pPr>
      <w:r>
        <w:rPr>
          <w:b w:val="0"/>
          <w:sz w:val="20"/>
        </w:rPr>
        <w:t>• Alvará de funcionamento anterior (se houver);</w:t>
      </w:r>
    </w:p>
    <w:p>
      <w:pPr>
        <w:jc w:val="both"/>
      </w:pPr>
      <w:r>
        <w:rPr>
          <w:b w:val="0"/>
          <w:sz w:val="20"/>
        </w:rPr>
        <w:t>• Outros documentos pertinentes: __________________________________________</w:t>
      </w:r>
    </w:p>
    <w:p/>
    <w:p>
      <w:pPr>
        <w:jc w:val="both"/>
      </w:pPr>
      <w:r>
        <w:rPr>
          <w:b/>
          <w:sz w:val="20"/>
        </w:rPr>
        <w:t>Diante do exposto, requer-se:</w:t>
      </w:r>
    </w:p>
    <w:p>
      <w:pPr>
        <w:jc w:val="both"/>
      </w:pPr>
      <w:r>
        <w:rPr>
          <w:b w:val="0"/>
          <w:sz w:val="20"/>
        </w:rPr>
        <w:t>a) A autorização para instalação e funcionamento do ponto comercial no endereço acima indicado;</w:t>
      </w:r>
    </w:p>
    <w:p>
      <w:pPr>
        <w:jc w:val="both"/>
      </w:pPr>
      <w:r>
        <w:rPr>
          <w:b w:val="0"/>
          <w:sz w:val="20"/>
        </w:rPr>
        <w:t>b) A emissão do Alvará de Funcionamento, conforme legislação aplicável;</w:t>
      </w:r>
    </w:p>
    <w:p>
      <w:pPr>
        <w:jc w:val="both"/>
      </w:pPr>
      <w:r>
        <w:rPr>
          <w:b w:val="0"/>
          <w:sz w:val="20"/>
        </w:rPr>
        <w:t>c) Que sejam informados eventuais requisitos complementares para regularização do ponto comercial;</w:t>
      </w:r>
    </w:p>
    <w:p>
      <w:pPr>
        <w:jc w:val="both"/>
      </w:pPr>
      <w:r>
        <w:rPr>
          <w:b w:val="0"/>
          <w:sz w:val="20"/>
        </w:rPr>
        <w:t>d) A concessão de todas as licenças necessárias para o exercício das atividades descritas.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_________________________________________________________</w:t>
      </w:r>
    </w:p>
    <w:p>
      <w:pPr>
        <w:jc w:val="center"/>
      </w:pPr>
      <w:r>
        <w:rPr>
          <w:b w:val="0"/>
          <w:sz w:val="20"/>
        </w:rPr>
        <w:t>Local e Data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_________________________________________________________</w:t>
      </w:r>
    </w:p>
    <w:p>
      <w:pPr>
        <w:jc w:val="center"/>
      </w:pPr>
      <w:r>
        <w:rPr>
          <w:b w:val="0"/>
          <w:sz w:val="20"/>
        </w:rPr>
        <w:t>Assinatura do Requerente</w:t>
      </w:r>
    </w:p>
    <w:p/>
    <w:p/>
    <w:p>
      <w:pPr>
        <w:jc w:val="left"/>
      </w:pPr>
      <w:r>
        <w:rPr>
          <w:b/>
          <w:sz w:val="22"/>
        </w:rPr>
        <w:t>USO EXCLUSIVO DA ADMINISTRAÇÃO PÚBLICA:</w:t>
      </w:r>
    </w:p>
    <w:p>
      <w:pPr>
        <w:jc w:val="both"/>
      </w:pPr>
      <w:r>
        <w:rPr>
          <w:b w:val="0"/>
          <w:sz w:val="20"/>
        </w:rPr>
        <w:t>Protocolo nº: ___________________ Data do recebimento: ____/____/________</w:t>
      </w:r>
    </w:p>
    <w:p>
      <w:pPr>
        <w:jc w:val="both"/>
      </w:pPr>
      <w:r>
        <w:rPr>
          <w:b w:val="0"/>
          <w:sz w:val="20"/>
        </w:rPr>
        <w:t>Análise técnica realizada por: _____________________________________________</w:t>
      </w:r>
    </w:p>
    <w:p>
      <w:pPr>
        <w:jc w:val="both"/>
      </w:pPr>
      <w:r>
        <w:rPr>
          <w:b w:val="0"/>
          <w:sz w:val="20"/>
        </w:rPr>
        <w:t>Parecer: 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Data da decisão: ____/____/________</w:t>
      </w:r>
    </w:p>
    <w:p>
      <w:pPr>
        <w:jc w:val="both"/>
      </w:pPr>
      <w:r>
        <w:rPr>
          <w:b w:val="0"/>
          <w:sz w:val="20"/>
        </w:rPr>
        <w:t>Decisão: 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https://documentos-jus.com/ponto-comercial/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onto-comercia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