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EXCELENTÍSSIMO(A) SENHOR(A) DOUTOR(A) JUIZ(A) DA ___ VARA DO TRABALHO DE __________________</w:t>
      </w:r>
    </w:p>
    <w:p/>
    <w:p/>
    <w:p>
      <w:r>
        <w:rPr>
          <w:b/>
          <w:sz w:val="22"/>
        </w:rPr>
        <w:t>RECLAMANTE:</w:t>
      </w:r>
    </w:p>
    <w:p>
      <w:pPr>
        <w:jc w:val="left"/>
      </w:pPr>
      <w:r>
        <w:rPr>
          <w:b w:val="0"/>
          <w:sz w:val="20"/>
        </w:rPr>
        <w:t>Nome: _____________________________________________________________</w:t>
      </w:r>
    </w:p>
    <w:p>
      <w:pPr>
        <w:jc w:val="left"/>
      </w:pPr>
      <w:r>
        <w:rPr>
          <w:b w:val="0"/>
          <w:sz w:val="20"/>
        </w:rPr>
        <w:t>Nacionalidade: ______________________________________________________</w:t>
      </w:r>
    </w:p>
    <w:p>
      <w:pPr>
        <w:jc w:val="left"/>
      </w:pPr>
      <w:r>
        <w:rPr>
          <w:b w:val="0"/>
          <w:sz w:val="20"/>
        </w:rPr>
        <w:t>Estado Civil: _______________________________________________________</w:t>
      </w:r>
    </w:p>
    <w:p>
      <w:pPr>
        <w:jc w:val="left"/>
      </w:pPr>
      <w:r>
        <w:rPr>
          <w:b w:val="0"/>
          <w:sz w:val="20"/>
        </w:rPr>
        <w:t>Profissão: _________________________________________________________</w:t>
      </w:r>
    </w:p>
    <w:p>
      <w:pPr>
        <w:jc w:val="left"/>
      </w:pPr>
      <w:r>
        <w:rPr>
          <w:b w:val="0"/>
          <w:sz w:val="20"/>
        </w:rPr>
        <w:t>CPF: _______________________________________________________________</w:t>
      </w:r>
    </w:p>
    <w:p>
      <w:pPr>
        <w:jc w:val="left"/>
      </w:pPr>
      <w:r>
        <w:rPr>
          <w:b w:val="0"/>
          <w:sz w:val="20"/>
        </w:rPr>
        <w:t>RG: ________________________________________________________________</w:t>
      </w:r>
    </w:p>
    <w:p>
      <w:pPr>
        <w:jc w:val="left"/>
      </w:pPr>
      <w:r>
        <w:rPr>
          <w:b w:val="0"/>
          <w:sz w:val="20"/>
        </w:rPr>
        <w:t>Endereço: ___________________________________________________________</w:t>
      </w:r>
    </w:p>
    <w:p>
      <w:pPr>
        <w:jc w:val="left"/>
      </w:pPr>
      <w:r>
        <w:rPr>
          <w:b w:val="0"/>
          <w:sz w:val="20"/>
        </w:rPr>
        <w:t>Telefone: ___________________________________________________________</w:t>
      </w:r>
    </w:p>
    <w:p>
      <w:pPr>
        <w:jc w:val="left"/>
      </w:pPr>
      <w:r>
        <w:rPr>
          <w:b w:val="0"/>
          <w:sz w:val="20"/>
        </w:rPr>
        <w:t>E-mail: _____________________________________________________________</w:t>
      </w:r>
    </w:p>
    <w:p/>
    <w:p>
      <w:r>
        <w:rPr>
          <w:b/>
          <w:sz w:val="22"/>
        </w:rPr>
        <w:t>RECLAMADA:</w:t>
      </w:r>
    </w:p>
    <w:p>
      <w:pPr>
        <w:jc w:val="left"/>
      </w:pPr>
      <w:r>
        <w:rPr>
          <w:b w:val="0"/>
          <w:sz w:val="20"/>
        </w:rPr>
        <w:t>Razão Social: _______________________________________________________</w:t>
      </w:r>
    </w:p>
    <w:p>
      <w:pPr>
        <w:jc w:val="left"/>
      </w:pPr>
      <w:r>
        <w:rPr>
          <w:b w:val="0"/>
          <w:sz w:val="20"/>
        </w:rPr>
        <w:t>CNPJ: ______________________________________________________________</w:t>
      </w:r>
    </w:p>
    <w:p>
      <w:pPr>
        <w:jc w:val="left"/>
      </w:pPr>
      <w:r>
        <w:rPr>
          <w:b w:val="0"/>
          <w:sz w:val="20"/>
        </w:rPr>
        <w:t>Endereço: ___________________________________________________________</w:t>
      </w:r>
    </w:p>
    <w:p>
      <w:pPr>
        <w:jc w:val="left"/>
      </w:pPr>
      <w:r>
        <w:rPr>
          <w:b w:val="0"/>
          <w:sz w:val="20"/>
        </w:rPr>
        <w:t>Representante Legal: _________________________________________________</w:t>
      </w:r>
    </w:p>
    <w:p>
      <w:pPr>
        <w:jc w:val="left"/>
      </w:pPr>
      <w:r>
        <w:rPr>
          <w:b w:val="0"/>
          <w:sz w:val="20"/>
        </w:rPr>
        <w:t>Telefone: ___________________________________________________________</w:t>
      </w:r>
    </w:p>
    <w:p>
      <w:pPr>
        <w:jc w:val="left"/>
      </w:pPr>
      <w:r>
        <w:rPr>
          <w:b w:val="0"/>
          <w:sz w:val="20"/>
        </w:rPr>
        <w:t>E-mail: _____________________________________________________________</w:t>
      </w:r>
    </w:p>
    <w:p/>
    <w:p/>
    <w:p>
      <w:r>
        <w:rPr>
          <w:b/>
          <w:sz w:val="22"/>
        </w:rPr>
        <w:t>I – DOS FATOS</w:t>
      </w:r>
    </w:p>
    <w:p>
      <w:pPr>
        <w:jc w:val="left"/>
      </w:pPr>
      <w:r>
        <w:rPr>
          <w:b w:val="0"/>
          <w:sz w:val="20"/>
        </w:rPr>
        <w:t>O Reclamante foi contratado pela Reclamada em ___/___/____, para exercer a função de ________________________, com salário mensal de R$ ____________, conforme registro na CTPS (Carteira de Trabalho e Previdência Social).</w:t>
      </w:r>
    </w:p>
    <w:p>
      <w:pPr>
        <w:jc w:val="left"/>
      </w:pPr>
      <w:r>
        <w:rPr>
          <w:b w:val="0"/>
          <w:sz w:val="20"/>
        </w:rPr>
        <w:t>Durante o contrato de trabalho, exerceu suas atividades laborais de forma contínua e habitual, cumprindo jornada diária de ___ horas, com intervalos legais para repouso e alimentação.</w:t>
      </w:r>
    </w:p>
    <w:p>
      <w:pPr>
        <w:jc w:val="left"/>
      </w:pPr>
      <w:r>
        <w:rPr>
          <w:b w:val="0"/>
          <w:sz w:val="20"/>
        </w:rPr>
        <w:t>Foi dispensado sem justa causa em ___/___/____, sem o pagamento das verbas rescisórias devidas, motivo pelo qual ajuíza a presente Reclamação Trabalhista.</w:t>
      </w:r>
    </w:p>
    <w:p>
      <w:pPr>
        <w:jc w:val="left"/>
      </w:pPr>
      <w:r>
        <w:rPr>
          <w:b w:val="0"/>
          <w:sz w:val="20"/>
        </w:rPr>
        <w:t>Além disso, não recebeu corretamente horas extras, adicional noturno, férias, 13º salário e demais direitos previstos na legislação trabalhista.</w:t>
      </w:r>
    </w:p>
    <w:p>
      <w:pPr>
        <w:jc w:val="left"/>
      </w:pPr>
      <w:r>
        <w:rPr>
          <w:b w:val="0"/>
          <w:sz w:val="20"/>
        </w:rPr>
        <w:t>O Reclamante também sofreu condições inadequadas de trabalho, conforme será detalhado a seguir.</w:t>
      </w:r>
    </w:p>
    <w:p/>
    <w:p/>
    <w:p>
      <w:r>
        <w:rPr>
          <w:b/>
          <w:sz w:val="22"/>
        </w:rPr>
        <w:t>II – DOS FUNDAMENTOS JURÍDICOS</w:t>
      </w:r>
    </w:p>
    <w:p>
      <w:pPr>
        <w:jc w:val="left"/>
      </w:pPr>
      <w:r>
        <w:rPr>
          <w:b w:val="0"/>
          <w:sz w:val="20"/>
        </w:rPr>
        <w:t>A presente reclamação fundamenta-se nas disposições da Consolidação das Leis do Trabalho (CLT), especialmente nos artigos referentes à rescisão contratual, pagamento de verbas rescisórias, horas extras, adicional noturno, férias, 13º salário, FGTS e demais direitos trabalhistas.</w:t>
      </w:r>
    </w:p>
    <w:p>
      <w:pPr>
        <w:jc w:val="left"/>
      </w:pPr>
      <w:r>
        <w:rPr>
          <w:b w:val="0"/>
          <w:sz w:val="20"/>
        </w:rPr>
        <w:t>Destaca-se a aplicação dos princípios constitucionais do valor social do trabalho e da dignidade da pessoa humana, previstos nos artigos 1º, III, e 7º, inciso XXXIII, da Constituição Federal.</w:t>
      </w:r>
    </w:p>
    <w:p>
      <w:pPr>
        <w:jc w:val="left"/>
      </w:pPr>
      <w:r>
        <w:rPr>
          <w:b w:val="0"/>
          <w:sz w:val="20"/>
        </w:rPr>
        <w:t>Aplica-se também a Súmula 372 do TST sobre pagamento de horas extras, Súmula 437 sobre intervalo intrajornada e demais jurisprudências pertinentes.</w:t>
      </w:r>
    </w:p>
    <w:p>
      <w:pPr>
        <w:jc w:val="left"/>
      </w:pPr>
      <w:r>
        <w:rPr>
          <w:b w:val="0"/>
          <w:sz w:val="20"/>
        </w:rPr>
        <w:t>O Reclamante faz jus à reparação dos direitos trabalhistas violados, conforme segue.</w:t>
      </w:r>
    </w:p>
    <w:p/>
    <w:p/>
    <w:p>
      <w:r>
        <w:rPr>
          <w:b/>
          <w:sz w:val="22"/>
        </w:rPr>
        <w:t>III – DOS PEDIDOS</w:t>
      </w:r>
    </w:p>
    <w:p>
      <w:pPr>
        <w:jc w:val="left"/>
      </w:pPr>
      <w:r>
        <w:rPr>
          <w:b w:val="0"/>
          <w:sz w:val="20"/>
        </w:rPr>
        <w:t>Diante do exposto, requer:</w:t>
      </w:r>
    </w:p>
    <w:p>
      <w:pPr>
        <w:jc w:val="left"/>
      </w:pPr>
      <w:r>
        <w:rPr>
          <w:b w:val="0"/>
          <w:sz w:val="20"/>
        </w:rPr>
        <w:t>1. A citação da Reclamada para responder aos termos da presente Reclamação Trabalhista, sob pena de revelia e confissão;</w:t>
      </w:r>
    </w:p>
    <w:p>
      <w:pPr>
        <w:jc w:val="left"/>
      </w:pPr>
      <w:r>
        <w:rPr>
          <w:b w:val="0"/>
          <w:sz w:val="20"/>
        </w:rPr>
        <w:t>2. A condenação da Reclamada ao pagamento das seguintes verbas trabalhistas:</w:t>
      </w:r>
    </w:p>
    <w:p>
      <w:pPr>
        <w:jc w:val="left"/>
      </w:pPr>
      <w:r>
        <w:rPr>
          <w:b w:val="0"/>
          <w:sz w:val="20"/>
        </w:rPr>
        <w:t>- Saldo de salário;</w:t>
      </w:r>
    </w:p>
    <w:p>
      <w:pPr>
        <w:jc w:val="left"/>
      </w:pPr>
      <w:r>
        <w:rPr>
          <w:b w:val="0"/>
          <w:sz w:val="20"/>
        </w:rPr>
        <w:t>- Aviso prévio indenizado;</w:t>
      </w:r>
    </w:p>
    <w:p>
      <w:pPr>
        <w:jc w:val="left"/>
      </w:pPr>
      <w:r>
        <w:rPr>
          <w:b w:val="0"/>
          <w:sz w:val="20"/>
        </w:rPr>
        <w:t>- Férias vencidas e proporcionais acrescidas de 1/3;</w:t>
      </w:r>
    </w:p>
    <w:p>
      <w:pPr>
        <w:jc w:val="left"/>
      </w:pPr>
      <w:r>
        <w:rPr>
          <w:b w:val="0"/>
          <w:sz w:val="20"/>
        </w:rPr>
        <w:t>- 13º salário proporcional;</w:t>
      </w:r>
    </w:p>
    <w:p>
      <w:pPr>
        <w:jc w:val="left"/>
      </w:pPr>
      <w:r>
        <w:rPr>
          <w:b w:val="0"/>
          <w:sz w:val="20"/>
        </w:rPr>
        <w:t>- Horas extras com adicional legal e reflexos em férias, 13º salário, FGTS e repouso semanal remunerado;</w:t>
      </w:r>
    </w:p>
    <w:p>
      <w:pPr>
        <w:jc w:val="left"/>
      </w:pPr>
      <w:r>
        <w:rPr>
          <w:b w:val="0"/>
          <w:sz w:val="20"/>
        </w:rPr>
        <w:t>- Adicional noturno;</w:t>
      </w:r>
    </w:p>
    <w:p>
      <w:pPr>
        <w:jc w:val="left"/>
      </w:pPr>
      <w:r>
        <w:rPr>
          <w:b w:val="0"/>
          <w:sz w:val="20"/>
        </w:rPr>
        <w:t>- FGTS integral com multa de 40%;</w:t>
      </w:r>
    </w:p>
    <w:p>
      <w:pPr>
        <w:jc w:val="left"/>
      </w:pPr>
      <w:r>
        <w:rPr>
          <w:b w:val="0"/>
          <w:sz w:val="20"/>
        </w:rPr>
        <w:t>- Multa do artigo 477 da CLT;</w:t>
      </w:r>
    </w:p>
    <w:p>
      <w:pPr>
        <w:jc w:val="left"/>
      </w:pPr>
      <w:r>
        <w:rPr>
          <w:b w:val="0"/>
          <w:sz w:val="20"/>
        </w:rPr>
        <w:t>- Multa do artigo 467 da CLT;</w:t>
      </w:r>
    </w:p>
    <w:p>
      <w:pPr>
        <w:jc w:val="left"/>
      </w:pPr>
      <w:r>
        <w:rPr>
          <w:b w:val="0"/>
          <w:sz w:val="20"/>
        </w:rPr>
        <w:t>- Indenização por danos morais, caso aplicável;</w:t>
      </w:r>
    </w:p>
    <w:p>
      <w:pPr>
        <w:jc w:val="left"/>
      </w:pPr>
      <w:r>
        <w:rPr>
          <w:b w:val="0"/>
          <w:sz w:val="20"/>
        </w:rPr>
        <w:t>- Recolhimento do PIS/PASEP;</w:t>
      </w:r>
    </w:p>
    <w:p>
      <w:pPr>
        <w:jc w:val="left"/>
      </w:pPr>
      <w:r>
        <w:rPr>
          <w:b w:val="0"/>
          <w:sz w:val="20"/>
        </w:rPr>
        <w:t>- Liberação das guias para levantamento do FGTS e seguro-desemprego;</w:t>
      </w:r>
    </w:p>
    <w:p>
      <w:pPr>
        <w:jc w:val="left"/>
      </w:pPr>
      <w:r>
        <w:rPr>
          <w:b w:val="0"/>
          <w:sz w:val="20"/>
        </w:rPr>
        <w:t>- Anotação correta na CTPS;</w:t>
      </w:r>
    </w:p>
    <w:p>
      <w:pPr>
        <w:jc w:val="left"/>
      </w:pPr>
      <w:r>
        <w:rPr>
          <w:b w:val="0"/>
          <w:sz w:val="20"/>
        </w:rPr>
        <w:t>3. A condenação da Reclamada ao pagamento de honorários advocatícios e custas processuais;</w:t>
      </w:r>
    </w:p>
    <w:p>
      <w:pPr>
        <w:jc w:val="left"/>
      </w:pPr>
      <w:r>
        <w:rPr>
          <w:b w:val="0"/>
          <w:sz w:val="20"/>
        </w:rPr>
        <w:t>4. A concessão dos benefícios da justiça gratuita, nos termos do artigo 790, § 3º da CLT;</w:t>
      </w:r>
    </w:p>
    <w:p>
      <w:pPr>
        <w:jc w:val="left"/>
      </w:pPr>
      <w:r>
        <w:rPr>
          <w:b w:val="0"/>
          <w:sz w:val="20"/>
        </w:rPr>
        <w:t>5. A aplicação da multa prevista no artigo 523 do CPC, em caso de não pagamento voluntário após a sentença;</w:t>
      </w:r>
    </w:p>
    <w:p>
      <w:pPr>
        <w:jc w:val="left"/>
      </w:pPr>
      <w:r>
        <w:rPr>
          <w:b w:val="0"/>
          <w:sz w:val="20"/>
        </w:rPr>
        <w:t>6. A produção de todas as provas admitidas em direito, especialmente documental, testemunhal e pericial;</w:t>
      </w:r>
    </w:p>
    <w:p/>
    <w:p/>
    <w:p>
      <w:r>
        <w:rPr>
          <w:b/>
          <w:sz w:val="22"/>
        </w:rPr>
        <w:t>IV – DO VALOR DA CAUSA</w:t>
      </w:r>
    </w:p>
    <w:p>
      <w:pPr>
        <w:jc w:val="left"/>
      </w:pPr>
      <w:r>
        <w:rPr>
          <w:b w:val="0"/>
          <w:sz w:val="20"/>
        </w:rPr>
        <w:t>Dá-se à presente causa o valor de R$ ____________________________ (por extenso), para efeitos legais.</w:t>
      </w:r>
    </w:p>
    <w:p/>
    <w:p/>
    <w:p/>
    <w:p>
      <w:pPr>
        <w:jc w:val="left"/>
      </w:pPr>
      <w:r>
        <w:rPr>
          <w:b w:val="0"/>
          <w:sz w:val="20"/>
        </w:rPr>
        <w:t>__________________________, ______ de _____________________ de _______.</w:t>
      </w:r>
    </w:p>
    <w:p/>
    <w:p/>
    <w:p>
      <w:pPr>
        <w:jc w:val="left"/>
      </w:pPr>
      <w:r>
        <w:rPr>
          <w:b w:val="0"/>
          <w:sz w:val="20"/>
        </w:rPr>
        <w:t>____________________________________________</w:t>
      </w:r>
    </w:p>
    <w:p>
      <w:pPr>
        <w:jc w:val="left"/>
      </w:pPr>
      <w:r>
        <w:rPr>
          <w:b w:val="0"/>
          <w:sz w:val="20"/>
        </w:rPr>
        <w:t>Advogado(a)</w:t>
      </w:r>
    </w:p>
    <w:p>
      <w:pPr>
        <w:jc w:val="left"/>
      </w:pPr>
      <w:r>
        <w:rPr>
          <w:b w:val="0"/>
          <w:sz w:val="20"/>
        </w:rPr>
        <w:t>OAB/UF nº 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https://documentos-jus.com/peticao-reclamacao-trabalhista/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peticao-reclamacao-trabalhista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