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JUNTADA DE DOCUMENTOS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Reclamante: ________________________________________________________________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________________________________________________________________</w:t>
      </w:r>
    </w:p>
    <w:p/>
    <w:p>
      <w:r>
        <w:rPr>
          <w:b/>
          <w:sz w:val="20"/>
        </w:rPr>
        <w:t>_________________________________________, já qualificado(a) nos autos da Reclamação Trabalhista em epígrafe, por seu advogado infra-assinado, vem, respeitosamente, à presença de Vossa Excelência requerer a juntada dos documentos abaixo relacionados, em atendimento à intimação/necessidade de instrução processual, pelas razões de fato e de direito a seguir expostas.</w:t>
      </w:r>
    </w:p>
    <w:p/>
    <w:p>
      <w:r>
        <w:rPr>
          <w:b/>
          <w:sz w:val="22"/>
        </w:rPr>
        <w:t>I – DOS DOCUMENTOS JUNTADOS</w:t>
      </w:r>
    </w:p>
    <w:p/>
    <w:p>
      <w:r>
        <w:rPr>
          <w:b/>
          <w:sz w:val="20"/>
        </w:rPr>
        <w:t>1. Documentos pessoais do(a) Reclamante:</w:t>
      </w:r>
    </w:p>
    <w:p>
      <w:r>
        <w:rPr>
          <w:b/>
          <w:sz w:val="20"/>
        </w:rPr>
        <w:t xml:space="preserve">   - Cópia do RG;</w:t>
      </w:r>
    </w:p>
    <w:p>
      <w:r>
        <w:rPr>
          <w:b/>
          <w:sz w:val="20"/>
        </w:rPr>
        <w:t xml:space="preserve">   - Cópia do CPF;</w:t>
      </w:r>
    </w:p>
    <w:p>
      <w:r>
        <w:rPr>
          <w:b/>
          <w:sz w:val="20"/>
        </w:rPr>
        <w:t xml:space="preserve">   - Comprovante de residência;</w:t>
      </w:r>
    </w:p>
    <w:p/>
    <w:p>
      <w:r>
        <w:rPr>
          <w:b/>
          <w:sz w:val="20"/>
        </w:rPr>
        <w:t>2. Documentos relacionados ao contrato de trabalho:</w:t>
      </w:r>
    </w:p>
    <w:p>
      <w:r>
        <w:rPr>
          <w:b/>
          <w:sz w:val="20"/>
        </w:rPr>
        <w:t xml:space="preserve">   - Cópia da CTPS (carteira de trabalho);</w:t>
      </w:r>
    </w:p>
    <w:p>
      <w:r>
        <w:rPr>
          <w:b/>
          <w:sz w:val="20"/>
        </w:rPr>
        <w:t xml:space="preserve">   - Contrato de trabalho;</w:t>
      </w:r>
    </w:p>
    <w:p>
      <w:r>
        <w:rPr>
          <w:b/>
          <w:sz w:val="20"/>
        </w:rPr>
        <w:t xml:space="preserve">   - Fichas de ponto;</w:t>
      </w:r>
    </w:p>
    <w:p>
      <w:r>
        <w:rPr>
          <w:b/>
          <w:sz w:val="20"/>
        </w:rPr>
        <w:t xml:space="preserve">   - Holerites;</w:t>
      </w:r>
    </w:p>
    <w:p>
      <w:r>
        <w:rPr>
          <w:b/>
          <w:sz w:val="20"/>
        </w:rPr>
        <w:t xml:space="preserve">   - Termo de rescisão de contrato;</w:t>
      </w:r>
    </w:p>
    <w:p>
      <w:r>
        <w:rPr>
          <w:b/>
          <w:sz w:val="20"/>
        </w:rPr>
        <w:t xml:space="preserve">   - Guias de recolhimento do FGTS;</w:t>
      </w:r>
    </w:p>
    <w:p/>
    <w:p>
      <w:r>
        <w:rPr>
          <w:b/>
          <w:sz w:val="20"/>
        </w:rPr>
        <w:t>3. Documentos médicos e periciais (se houver):</w:t>
      </w:r>
    </w:p>
    <w:p>
      <w:r>
        <w:rPr>
          <w:b/>
          <w:sz w:val="20"/>
        </w:rPr>
        <w:t xml:space="preserve">   - Atestados médicos;</w:t>
      </w:r>
    </w:p>
    <w:p>
      <w:r>
        <w:rPr>
          <w:b/>
          <w:sz w:val="20"/>
        </w:rPr>
        <w:t xml:space="preserve">   - Laudos periciais;</w:t>
      </w:r>
    </w:p>
    <w:p>
      <w:r>
        <w:rPr>
          <w:b/>
          <w:sz w:val="20"/>
        </w:rPr>
        <w:t xml:space="preserve">   - Exames complementares;</w:t>
      </w:r>
    </w:p>
    <w:p/>
    <w:p>
      <w:r>
        <w:rPr>
          <w:b/>
          <w:sz w:val="20"/>
        </w:rPr>
        <w:t>4. Outros documentos relevantes para a instrução do feito:</w:t>
      </w:r>
    </w:p>
    <w:p>
      <w:r>
        <w:rPr>
          <w:b/>
          <w:sz w:val="20"/>
        </w:rPr>
        <w:t xml:space="preserve">   - Correspondências;</w:t>
      </w:r>
    </w:p>
    <w:p>
      <w:r>
        <w:rPr>
          <w:b/>
          <w:sz w:val="20"/>
        </w:rPr>
        <w:t xml:space="preserve">   - E-mails;</w:t>
      </w:r>
    </w:p>
    <w:p>
      <w:r>
        <w:rPr>
          <w:b/>
          <w:sz w:val="20"/>
        </w:rPr>
        <w:t xml:space="preserve">   - Fotografias;</w:t>
      </w:r>
    </w:p>
    <w:p>
      <w:r>
        <w:rPr>
          <w:b w:val="0"/>
          <w:sz w:val="20"/>
        </w:rPr>
        <w:t xml:space="preserve">   - Outros (especificar): _______________________________________________</w:t>
      </w:r>
    </w:p>
    <w:p/>
    <w:p>
      <w:r>
        <w:rPr>
          <w:b/>
          <w:sz w:val="22"/>
        </w:rPr>
        <w:t>II – DOS FUNDAMENTOS</w:t>
      </w:r>
    </w:p>
    <w:p/>
    <w:p>
      <w:r>
        <w:rPr>
          <w:b/>
          <w:sz w:val="20"/>
        </w:rPr>
        <w:t>A juntada dos documentos ora apresentados é imprescindível para comprovar os fatos alegados na inicial e garantir o pleno exercício do direito de defesa e ampla produção de provas, em conformidade com os princípios do contraditório e da ampla defesa, previstos no artigo 5º, inciso LV, da Constituição Federal, bem como para instruir devidamente o processo nos termos do artigo 434 do Código de Processo Civil, aplicado subsidiariamente ao processo do trabalho.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a) A juntada aos autos dos documentos acima relacionados;</w:t>
      </w:r>
    </w:p>
    <w:p>
      <w:r>
        <w:rPr>
          <w:b/>
          <w:sz w:val="20"/>
        </w:rPr>
        <w:t>b) A intimação da parte contrária para que, querendo, manifeste-se sobre os documentos juntados;</w:t>
      </w:r>
    </w:p>
    <w:p>
      <w:r>
        <w:rPr>
          <w:b/>
          <w:sz w:val="20"/>
        </w:rPr>
        <w:t>c) A consideração dos documentos para fins de instrução e julgamento do presente feito.</w:t>
      </w:r>
    </w:p>
    <w:p/>
    <w:p>
      <w:r>
        <w:rPr>
          <w:b/>
          <w:sz w:val="20"/>
        </w:rPr>
        <w:t>Termos em que,</w:t>
      </w:r>
    </w:p>
    <w:p>
      <w:r>
        <w:rPr>
          <w:b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https://documentos-jus.com/peticao-juntada-de-documentos/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eticao-juntada-de-documento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