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DE CIÊNCIA</w:t>
      </w:r>
    </w:p>
    <w:p/>
    <w:p/>
    <w:p>
      <w:r>
        <w:rPr>
          <w:b/>
          <w:i w:val="0"/>
          <w:sz w:val="22"/>
        </w:rPr>
        <w:t>EXCELENTÍSSIMO(A) SENHOR(A) DOUTOR(A) JUIZ(A) DE DIREITO DA ___ VARA CÍVEL DA COMARCA DE ____________________</w:t>
      </w:r>
    </w:p>
    <w:p/>
    <w:p>
      <w:r>
        <w:rPr>
          <w:b/>
          <w:i w:val="0"/>
          <w:sz w:val="22"/>
        </w:rPr>
        <w:t>REQUERENTE:</w:t>
      </w:r>
    </w:p>
    <w:p>
      <w:r>
        <w:rPr>
          <w:b w:val="0"/>
          <w:i w:val="0"/>
          <w:sz w:val="22"/>
        </w:rPr>
        <w:t>Nome: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</w:t>
      </w:r>
    </w:p>
    <w:p/>
    <w:p>
      <w:r>
        <w:rPr>
          <w:b/>
          <w:i w:val="0"/>
          <w:sz w:val="22"/>
        </w:rPr>
        <w:t>REQUERIDO:</w:t>
      </w:r>
    </w:p>
    <w:p>
      <w:r>
        <w:rPr>
          <w:b w:val="0"/>
          <w:i w:val="0"/>
          <w:sz w:val="22"/>
        </w:rPr>
        <w:t>Nome/Razão Social: ____________________________________________________</w:t>
      </w:r>
    </w:p>
    <w:p>
      <w:r>
        <w:rPr>
          <w:b w:val="0"/>
          <w:i w:val="0"/>
          <w:sz w:val="22"/>
        </w:rPr>
        <w:t>CNPJ/CPF: 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</w:t>
      </w:r>
    </w:p>
    <w:p/>
    <w:p>
      <w:r>
        <w:rPr>
          <w:b/>
          <w:sz w:val="22"/>
        </w:rPr>
        <w:t>I - DOS FATOS</w:t>
      </w:r>
    </w:p>
    <w:p>
      <w:r>
        <w:rPr>
          <w:b w:val="0"/>
          <w:i w:val="0"/>
          <w:sz w:val="22"/>
        </w:rPr>
        <w:t>O Requerente tomou conhecimento dos atos processuais relacionados ao presente feito, o que demonstra seu pleno interesse e acompanhamento dos trâmites judiciais.</w:t>
      </w:r>
    </w:p>
    <w:p/>
    <w:p>
      <w:r>
        <w:rPr>
          <w:b/>
          <w:sz w:val="22"/>
        </w:rPr>
        <w:t>II - DO DIREITO</w:t>
      </w:r>
    </w:p>
    <w:p>
      <w:r>
        <w:rPr>
          <w:b w:val="0"/>
          <w:i w:val="0"/>
          <w:sz w:val="22"/>
        </w:rPr>
        <w:t>Nos termos do artigo 5º, inciso XXXV, da Constituição Federal, é assegurado o acesso à justiça, bem como o direito à ampla defesa e ao contraditório, garantias fundamentais que permeiam todo o processo judicial.</w:t>
      </w:r>
    </w:p>
    <w:p>
      <w:r>
        <w:rPr>
          <w:b w:val="0"/>
          <w:i w:val="0"/>
          <w:sz w:val="22"/>
        </w:rPr>
        <w:t>A ciência dos atos processuais pelo Requerente é essencial para a garantia desses direitos, conferindo-lhe conhecimento e possibilidade de manifestação oportunamente.</w:t>
      </w:r>
    </w:p>
    <w:p/>
    <w:p>
      <w:r>
        <w:rPr>
          <w:b/>
          <w:sz w:val="22"/>
        </w:rPr>
        <w:t>III - DOS PEDIDOS</w:t>
      </w:r>
    </w:p>
    <w:p>
      <w:r>
        <w:rPr>
          <w:b w:val="0"/>
          <w:i w:val="0"/>
          <w:sz w:val="22"/>
        </w:rPr>
        <w:t>Diante do exposto, requer-se:</w:t>
      </w:r>
    </w:p>
    <w:p>
      <w:r>
        <w:rPr>
          <w:b w:val="0"/>
          <w:i w:val="0"/>
          <w:sz w:val="22"/>
        </w:rPr>
        <w:t>1. Que seja declarada a ciência do Requerente acerca de todos os atos processuais realizados até a presente data;</w:t>
      </w:r>
    </w:p>
    <w:p>
      <w:r>
        <w:rPr>
          <w:b w:val="0"/>
          <w:i w:val="0"/>
          <w:sz w:val="22"/>
        </w:rPr>
        <w:t>2. A intimação regular do Requerente de todos os atos subsequentes;</w:t>
      </w:r>
    </w:p>
    <w:p>
      <w:r>
        <w:rPr>
          <w:b w:val="0"/>
          <w:i w:val="0"/>
          <w:sz w:val="22"/>
        </w:rPr>
        <w:t>3. A juntada desta petição aos autos para que produza seus jurídicos e legais efeitos.</w:t>
      </w:r>
    </w:p>
    <w:p/>
    <w:p>
      <w:r>
        <w:rPr>
          <w:b/>
          <w:sz w:val="22"/>
        </w:rPr>
        <w:t>IV - DAS PROVAS</w:t>
      </w:r>
    </w:p>
    <w:p>
      <w:r>
        <w:rPr>
          <w:b w:val="0"/>
          <w:i w:val="0"/>
          <w:sz w:val="22"/>
        </w:rPr>
        <w:t>Protesta-se provar o alegado por todos os meios de prova admitidos em direito, especialmente pela juntada de documentos, depoimento pessoal, e demais que se fizerem necessários.</w:t>
      </w:r>
    </w:p>
    <w:p/>
    <w:p>
      <w:r>
        <w:rPr>
          <w:b/>
          <w:sz w:val="22"/>
        </w:rPr>
        <w:t>V - DO VALOR DA CAUSA</w:t>
      </w:r>
    </w:p>
    <w:p>
      <w:r>
        <w:rPr>
          <w:b w:val="0"/>
          <w:i w:val="0"/>
          <w:sz w:val="22"/>
        </w:rPr>
        <w:t>Dá-se à causa o valor de R$ ______________________ (valor meramente indicativo para fins fiscais).</w:t>
      </w:r>
    </w:p>
    <w:p/>
    <w:p/>
    <w:p>
      <w:r>
        <w:rPr>
          <w:b w:val="0"/>
          <w:i w:val="0"/>
          <w:sz w:val="22"/>
        </w:rPr>
        <w:t>Nesses termos,</w:t>
      </w:r>
    </w:p>
    <w:p>
      <w:r>
        <w:rPr>
          <w:b w:val="0"/>
          <w:i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</w:t>
      </w:r>
    </w:p>
    <w:p>
      <w:pPr>
        <w:jc w:val="center"/>
      </w:pPr>
      <w:r>
        <w:rPr>
          <w:b w:val="0"/>
          <w:i/>
          <w:sz w:val="22"/>
        </w:rPr>
        <w:t>Local e Data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https://documentos-jus.com/peticao-de-ciencia/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ticao-de-cienc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