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DIVÓRCIO CONSENSUAL</w:t>
      </w:r>
    </w:p>
    <w:p/>
    <w:p>
      <w:r>
        <w:rPr>
          <w:b w:val="0"/>
          <w:sz w:val="22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2"/>
        </w:rPr>
        <w:t>NOME COMPLETO DO REQUERENTE, brasileiro(a), estado civil, profissão, portador(a) do RG nº __________ e CPF nº __________, residente e domiciliado(a) na ____________________________________________________,</w:t>
      </w:r>
    </w:p>
    <w:p>
      <w:r>
        <w:rPr>
          <w:b w:val="0"/>
          <w:sz w:val="22"/>
        </w:rPr>
        <w:t>e NOME COMPLETO DO REQUERIDO, brasileiro(a), estado civil, profissão, portador(a) do RG nº __________ e CPF nº __________, residente e domiciliado(a) na ____________________________________________________,</w:t>
      </w:r>
    </w:p>
    <w:p>
      <w:r>
        <w:rPr>
          <w:b w:val="0"/>
          <w:sz w:val="22"/>
        </w:rPr>
        <w:t>por seus advogados infra-assinados, vêm, respeitosamente, à presença de Vossa Excelência propor o presente</w:t>
      </w:r>
    </w:p>
    <w:p/>
    <w:p>
      <w:r>
        <w:rPr>
          <w:b w:val="0"/>
          <w:sz w:val="22"/>
        </w:rPr>
        <w:t>PEDIDO DE DIVÓRCIO CONSENSUAL</w:t>
      </w:r>
    </w:p>
    <w:p/>
    <w:p>
      <w:r>
        <w:rPr>
          <w:b w:val="0"/>
          <w:sz w:val="22"/>
        </w:rPr>
        <w:t>pelos motivos de fato e de direito a seguir expostos.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Os Requerentes contraíram matrimônio em ___/___/_____, sob o regime de ________________, conforme certidão de casamento anexa.</w:t>
      </w:r>
    </w:p>
    <w:p>
      <w:r>
        <w:rPr>
          <w:b w:val="0"/>
          <w:sz w:val="22"/>
        </w:rPr>
        <w:t>Deste casamento, não houve/nasceram os seguintes filhos: ____________________________________________________.</w:t>
      </w:r>
    </w:p>
    <w:p>
      <w:r>
        <w:rPr>
          <w:b w:val="0"/>
          <w:sz w:val="22"/>
        </w:rPr>
        <w:t>O casal decidiu de comum acordo pela dissolução do vínculo matrimonial, estando plenamente conscientes e de acordo com as consequências jurídicas do divórcio.</w:t>
      </w:r>
    </w:p>
    <w:p/>
    <w:p>
      <w:r>
        <w:rPr>
          <w:b/>
          <w:sz w:val="24"/>
        </w:rPr>
        <w:t>II – DA PARTILHA DE BENS</w:t>
      </w:r>
    </w:p>
    <w:p/>
    <w:p>
      <w:r>
        <w:rPr>
          <w:b w:val="0"/>
          <w:sz w:val="22"/>
        </w:rPr>
        <w:t>O casal possui os seguintes bens a serem partilhados: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 w:val="0"/>
          <w:sz w:val="22"/>
        </w:rPr>
        <w:t>A partilha dos bens será efetuada da seguinte forma: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4"/>
        </w:rPr>
        <w:t>III – DA GUARDA E VISITA DOS FILHOS</w:t>
      </w:r>
    </w:p>
    <w:p/>
    <w:p>
      <w:r>
        <w:rPr>
          <w:b w:val="0"/>
          <w:sz w:val="22"/>
        </w:rPr>
        <w:t>Caso existam filhos menores ou incapazes, a guarda será ________________, conforme acordo entre as partes.</w:t>
      </w:r>
    </w:p>
    <w:p>
      <w:r>
        <w:rPr>
          <w:b w:val="0"/>
          <w:sz w:val="22"/>
        </w:rPr>
        <w:t>As visitas serão exercidas da seguinte forma: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4"/>
        </w:rPr>
        <w:t>IV – DA PENSÃO ALIMENTÍCIA</w:t>
      </w:r>
    </w:p>
    <w:p/>
    <w:p>
      <w:r>
        <w:rPr>
          <w:b w:val="0"/>
          <w:sz w:val="22"/>
        </w:rPr>
        <w:t>Fica convencionado que _______________ pagará pensão alimentícia no valor de R$ __________ mensal, a ser depositado até o dia ___ de cada mês na conta bancária nº __________, agência __________, banco __________, em favor de ________________.</w:t>
      </w:r>
    </w:p>
    <w:p/>
    <w:p>
      <w:r>
        <w:rPr>
          <w:b/>
          <w:sz w:val="24"/>
        </w:rPr>
        <w:t>V – DOS PEDIDOS</w:t>
      </w:r>
    </w:p>
    <w:p/>
    <w:p>
      <w:r>
        <w:rPr>
          <w:b w:val="0"/>
          <w:sz w:val="22"/>
        </w:rPr>
        <w:t>Diante do exposto, requerem:</w:t>
      </w:r>
    </w:p>
    <w:p/>
    <w:p>
      <w:r>
        <w:rPr>
          <w:b w:val="0"/>
          <w:sz w:val="22"/>
        </w:rPr>
        <w:t>1. A homologação do pedido de divórcio consensual;</w:t>
      </w:r>
    </w:p>
    <w:p>
      <w:r>
        <w:rPr>
          <w:b w:val="0"/>
          <w:sz w:val="22"/>
        </w:rPr>
        <w:t>2. A homologação da partilha de bens conforme acordado;</w:t>
      </w:r>
    </w:p>
    <w:p>
      <w:r>
        <w:rPr>
          <w:b w:val="0"/>
          <w:sz w:val="22"/>
        </w:rPr>
        <w:t>3. A homologação da guarda, regime de visitas e pensão alimentícia conforme acordado;</w:t>
      </w:r>
    </w:p>
    <w:p>
      <w:r>
        <w:rPr>
          <w:b w:val="0"/>
          <w:sz w:val="22"/>
        </w:rPr>
        <w:t>4. A expedição de mandado para averbação do divórcio no registro civil competente;</w:t>
      </w:r>
    </w:p>
    <w:p>
      <w:r>
        <w:rPr>
          <w:b w:val="0"/>
          <w:sz w:val="22"/>
        </w:rPr>
        <w:t>5. A condenação das partes ao pagamento das custas e despesas processuais, na forma acordada entre elas ou conforme Vossa Excelência entender;</w:t>
      </w:r>
    </w:p>
    <w:p/>
    <w:p>
      <w:r>
        <w:rPr>
          <w:b/>
          <w:sz w:val="24"/>
        </w:rPr>
        <w:t>VI – DAS PROVAS</w:t>
      </w:r>
    </w:p>
    <w:p/>
    <w:p>
      <w:r>
        <w:rPr>
          <w:b w:val="0"/>
          <w:sz w:val="22"/>
        </w:rPr>
        <w:t>Protestam provar o alegado por todos os meios de prova admitidos em direito, especialmente documental e testemunhal, caso necessário.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Local, ____ de _______________ de ______.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Nome do Requerente</w:t>
      </w:r>
    </w:p>
    <w:p>
      <w:r>
        <w:rPr>
          <w:b w:val="0"/>
          <w:sz w:val="22"/>
        </w:rPr>
        <w:t>CPF nº ___________________________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Nome do Requerido</w:t>
      </w:r>
    </w:p>
    <w:p>
      <w:r>
        <w:rPr>
          <w:b w:val="0"/>
          <w:sz w:val="22"/>
        </w:rPr>
        <w:t>CPF nº ___________________________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Advogado(a) – OAB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https://documentos-jus.com/pedido-de-divorcio/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dido-de-divorci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