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PEDIDO DE DEMISSÃO</w:t>
      </w:r>
    </w:p>
    <w:p/>
    <w:p/>
    <w:p>
      <w:r>
        <w:rPr>
          <w:b w:val="0"/>
          <w:sz w:val="22"/>
        </w:rPr>
        <w:t>À</w:t>
      </w:r>
    </w:p>
    <w:p>
      <w:r>
        <w:rPr>
          <w:b/>
          <w:sz w:val="22"/>
        </w:rPr>
        <w:t>Empresa: _________________________________________________________________</w:t>
      </w:r>
    </w:p>
    <w:p>
      <w:r>
        <w:rPr>
          <w:b w:val="0"/>
          <w:sz w:val="22"/>
        </w:rPr>
        <w:t>CNPJ: _________________________________________________________________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_______________________________________________________________</w:t>
      </w:r>
    </w:p>
    <w:p>
      <w:r>
        <w:rPr>
          <w:b w:val="0"/>
          <w:sz w:val="22"/>
        </w:rPr>
        <w:t>Cidade: _____________________ Estado: _______________ CEP: ______________</w:t>
      </w:r>
    </w:p>
    <w:p/>
    <w:p>
      <w:r>
        <w:rPr>
          <w:b w:val="0"/>
          <w:sz w:val="22"/>
        </w:rPr>
        <w:t>Prezado(a) Senhor(a),</w:t>
      </w:r>
    </w:p>
    <w:p/>
    <w:p>
      <w:r>
        <w:rPr>
          <w:b w:val="0"/>
          <w:sz w:val="22"/>
        </w:rPr>
        <w:t>Eu, ________________________________________________________________, brasileiro(a), portador(a) do RG nº __________________ e CPF nº ____________________, residente e domiciliado(a) à ________________________________________________________________, venho, por meio desta, formalizar meu pedido irrevogável de demissão do meu cargo de _____________________________________________________ na empresa acima mencionada.</w:t>
      </w:r>
    </w:p>
    <w:p/>
    <w:p>
      <w:r>
        <w:rPr>
          <w:b w:val="0"/>
          <w:sz w:val="22"/>
        </w:rPr>
        <w:t>Informo que estou ciente do cumprimento do aviso prévio de ______________ dias, conforme previsto na Consolidação das Leis do Trabalho (CLT), e comprometo-me a cumprir minhas obrigações até o término deste período, salvo acordo em contrário com a empresa.</w:t>
      </w:r>
    </w:p>
    <w:p/>
    <w:p>
      <w:r>
        <w:rPr>
          <w:b/>
          <w:sz w:val="22"/>
        </w:rPr>
        <w:t>Solicito que sejam tomadas as providências necessárias para a quitação dos meus direitos trabalhistas, incluindo, mas não se limitando a:</w:t>
      </w:r>
    </w:p>
    <w:p>
      <w:r>
        <w:rPr>
          <w:b w:val="0"/>
          <w:sz w:val="22"/>
        </w:rPr>
        <w:t>- Saldo de salário correspondente aos dias trabalhados;</w:t>
      </w:r>
    </w:p>
    <w:p>
      <w:r>
        <w:rPr>
          <w:b w:val="0"/>
          <w:sz w:val="22"/>
        </w:rPr>
        <w:t>- Férias vencidas e proporcionais acrescidas de 1/3 constitucional;</w:t>
      </w:r>
    </w:p>
    <w:p>
      <w:r>
        <w:rPr>
          <w:b w:val="0"/>
          <w:sz w:val="22"/>
        </w:rPr>
        <w:t>- 13º salário proporcional;</w:t>
      </w:r>
    </w:p>
    <w:p>
      <w:r>
        <w:rPr>
          <w:b w:val="0"/>
          <w:sz w:val="22"/>
        </w:rPr>
        <w:t>- Liberação do Fundo de Garantia por Tempo de Serviço (FGTS) e guias para saque;</w:t>
      </w:r>
    </w:p>
    <w:p>
      <w:r>
        <w:rPr>
          <w:b w:val="0"/>
          <w:sz w:val="22"/>
        </w:rPr>
        <w:t>- Emissão do Termo de Rescisão do Contrato de Trabalho;</w:t>
      </w:r>
    </w:p>
    <w:p>
      <w:r>
        <w:rPr>
          <w:b w:val="0"/>
          <w:sz w:val="22"/>
        </w:rPr>
        <w:t>- Fornecimento das guias para habilitação no seguro-desemprego, se aplicável.</w:t>
      </w:r>
    </w:p>
    <w:p/>
    <w:p>
      <w:r>
        <w:rPr>
          <w:b w:val="0"/>
          <w:sz w:val="22"/>
        </w:rPr>
        <w:t>Agradeço a oportunidade de trabalho e aprendizado durante o período em que estive vinculado(a) à empresa e coloco-me à disposição para auxiliar na transição das minhas funções.</w:t>
      </w:r>
    </w:p>
    <w:p/>
    <w:p>
      <w:r>
        <w:rPr>
          <w:b w:val="0"/>
          <w:sz w:val="22"/>
        </w:rPr>
        <w:t>Sem mais para o momento,</w:t>
      </w:r>
    </w:p>
    <w:p/>
    <w:p/>
    <w:p>
      <w:r>
        <w:rPr>
          <w:b w:val="0"/>
          <w:sz w:val="22"/>
        </w:rPr>
        <w:t>Atenciosamente,</w:t>
      </w:r>
    </w:p>
    <w:p/>
    <w:p/>
    <w:p/>
    <w:p/>
    <w:p>
      <w:r>
        <w:rPr>
          <w:b w:val="0"/>
          <w:sz w:val="22"/>
        </w:rPr>
        <w:t>______________________________________________</w:t>
      </w:r>
    </w:p>
    <w:p>
      <w:r>
        <w:rPr>
          <w:b w:val="0"/>
          <w:sz w:val="22"/>
        </w:rPr>
        <w:t>Assinatura do(a) empregado(a)</w:t>
      </w:r>
    </w:p>
    <w:p/>
    <w:p>
      <w:r>
        <w:rPr>
          <w:b w:val="0"/>
          <w:sz w:val="22"/>
        </w:rPr>
        <w:t>______________________________________________</w:t>
      </w:r>
    </w:p>
    <w:p>
      <w:r>
        <w:rPr>
          <w:b w:val="0"/>
          <w:sz w:val="22"/>
        </w:rPr>
        <w:t>Nome completo (digitado)</w:t>
      </w:r>
    </w:p>
    <w:p/>
    <w:p>
      <w:r>
        <w:rPr>
          <w:b w:val="0"/>
          <w:sz w:val="22"/>
        </w:rPr>
        <w:t>Data: ____/____/________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https://documentos-jus.com/pedido-de-demissao/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pedido-de-demissao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