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OFÍCIO Nº ___________/_____</w:t>
      </w:r>
    </w:p>
    <w:p>
      <w:pPr>
        <w:jc w:val="center"/>
      </w:pPr>
      <w:r>
        <w:rPr>
          <w:b w:val="0"/>
          <w:i w:val="0"/>
          <w:sz w:val="22"/>
        </w:rPr>
        <w:t>LOCALIDADE, ________ DE ___________________ DE _______</w:t>
      </w:r>
    </w:p>
    <w:p/>
    <w:p/>
    <w:p>
      <w:r>
        <w:rPr>
          <w:b/>
          <w:i w:val="0"/>
          <w:sz w:val="22"/>
        </w:rPr>
        <w:t>Ao Senhor Delegado de Polícia Civil</w:t>
      </w:r>
    </w:p>
    <w:p>
      <w:r>
        <w:rPr>
          <w:b w:val="0"/>
          <w:i w:val="0"/>
          <w:sz w:val="22"/>
        </w:rPr>
        <w:t>Delegacia de Polícia de __________________________</w:t>
      </w:r>
    </w:p>
    <w:p>
      <w:r>
        <w:rPr>
          <w:b w:val="0"/>
          <w:i w:val="0"/>
          <w:sz w:val="22"/>
        </w:rPr>
        <w:t>Endereço: ________________________________________</w:t>
      </w:r>
    </w:p>
    <w:p>
      <w:r>
        <w:rPr>
          <w:b w:val="0"/>
          <w:i w:val="0"/>
          <w:sz w:val="22"/>
        </w:rPr>
        <w:t>CEP: ____________ - Cidade: _______________________</w:t>
      </w:r>
    </w:p>
    <w:p>
      <w:r>
        <w:rPr>
          <w:b w:val="0"/>
          <w:i w:val="0"/>
          <w:sz w:val="22"/>
        </w:rPr>
        <w:t>Estado: _____________________</w:t>
      </w:r>
    </w:p>
    <w:p/>
    <w:p>
      <w:r>
        <w:rPr>
          <w:b w:val="0"/>
          <w:i w:val="0"/>
          <w:sz w:val="22"/>
        </w:rPr>
        <w:t>Prezado Senhor,</w:t>
      </w:r>
    </w:p>
    <w:p/>
    <w:p>
      <w:r>
        <w:rPr>
          <w:b w:val="0"/>
          <w:i w:val="0"/>
          <w:sz w:val="22"/>
        </w:rPr>
        <w:t>O Departamento/Setor de ______________________ vem, por meio deste, solicitar a Vossa Senhoria a adoção das providências cabíveis em relação aos fatos abaixo descritos, que demandam investigação e atuação policial.</w:t>
      </w:r>
    </w:p>
    <w:p/>
    <w:p>
      <w:r>
        <w:rPr>
          <w:b/>
          <w:i w:val="0"/>
          <w:sz w:val="22"/>
        </w:rPr>
        <w:t>I – IDENTIFICAÇÃO DO SOLICITANTE</w:t>
      </w:r>
    </w:p>
    <w:p>
      <w:r>
        <w:rPr>
          <w:b w:val="0"/>
          <w:i w:val="0"/>
          <w:sz w:val="22"/>
        </w:rPr>
        <w:t>Órgão/Departamento: ___________________________________________</w:t>
      </w:r>
    </w:p>
    <w:p>
      <w:r>
        <w:rPr>
          <w:b w:val="0"/>
          <w:i w:val="0"/>
          <w:sz w:val="22"/>
        </w:rPr>
        <w:t>Responsável: ___________________________________________________</w:t>
      </w:r>
    </w:p>
    <w:p>
      <w:r>
        <w:rPr>
          <w:b w:val="0"/>
          <w:i w:val="0"/>
          <w:sz w:val="22"/>
        </w:rPr>
        <w:t>Cargo: _________________________________________________________</w:t>
      </w:r>
    </w:p>
    <w:p>
      <w:r>
        <w:rPr>
          <w:b w:val="0"/>
          <w:i w:val="0"/>
          <w:sz w:val="22"/>
        </w:rPr>
        <w:t>Telefone para contato: 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</w:t>
      </w:r>
    </w:p>
    <w:p/>
    <w:p>
      <w:r>
        <w:rPr>
          <w:b/>
          <w:i w:val="0"/>
          <w:sz w:val="22"/>
        </w:rPr>
        <w:t>II – RELATO DOS FATOS</w:t>
      </w:r>
    </w:p>
    <w:p>
      <w:r>
        <w:rPr>
          <w:b w:val="0"/>
          <w:i w:val="0"/>
          <w:sz w:val="22"/>
        </w:rPr>
        <w:t>Descrever com detalhes o ocorrido, indicando datas, locais, pessoas envolvidas e demais informações relevantes para a investigação policial.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r>
        <w:rPr>
          <w:b/>
          <w:i w:val="0"/>
          <w:sz w:val="22"/>
        </w:rPr>
        <w:t>III – PROVIDÊNCIAS SOLICITADAS</w:t>
      </w:r>
    </w:p>
    <w:p>
      <w:r>
        <w:rPr>
          <w:b w:val="0"/>
          <w:i w:val="0"/>
          <w:sz w:val="22"/>
        </w:rPr>
        <w:t>Solicita-se a abertura de procedimento investigativo, coleta de depoimentos, diligências e demais medidas que se fizerem necessárias para apuração dos fatos.</w:t>
      </w:r>
    </w:p>
    <w:p/>
    <w:p>
      <w:r>
        <w:rPr>
          <w:b/>
          <w:i w:val="0"/>
          <w:sz w:val="22"/>
        </w:rPr>
        <w:t>IV – FUNDAMENTAÇÃO LEGAL</w:t>
      </w:r>
    </w:p>
    <w:p>
      <w:r>
        <w:rPr>
          <w:b w:val="0"/>
          <w:i w:val="0"/>
          <w:sz w:val="22"/>
        </w:rPr>
        <w:t>O presente pedido está amparado pelas disposições legais constantes no Código Penal Brasileiro, especialmente nos artigos relacionados aos crimes aqui descritos, e no Código de Processo Penal, que disciplina a atuação da polícia judiciária.</w:t>
      </w:r>
    </w:p>
    <w:p/>
    <w:p>
      <w:r>
        <w:rPr>
          <w:b/>
          <w:i w:val="0"/>
          <w:sz w:val="22"/>
        </w:rPr>
        <w:t>V – DOCUMENTOS ANEXOS</w:t>
      </w:r>
    </w:p>
    <w:p>
      <w:r>
        <w:rPr>
          <w:b w:val="0"/>
          <w:i w:val="0"/>
          <w:sz w:val="22"/>
        </w:rPr>
        <w:t>Lista de documentos encaminhados para subsidiar a investigação, tais como boletim de ocorrência, laudos periciais, fotografias, vídeos, entre outros.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r>
        <w:rPr>
          <w:b w:val="0"/>
          <w:i w:val="0"/>
          <w:sz w:val="22"/>
        </w:rPr>
        <w:t>Certos de contar com a costumeira colaboração desta Delegacia, colocamo-nos à disposição para quaisquer esclarecimentos adicionais que se fizerem necessários.</w:t>
      </w:r>
    </w:p>
    <w:p/>
    <w:p/>
    <w:p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Responsável</w:t>
      </w:r>
    </w:p>
    <w:p>
      <w:pPr>
        <w:jc w:val="center"/>
      </w:pPr>
      <w:r>
        <w:rPr>
          <w:b w:val="0"/>
          <w:i w:val="0"/>
          <w:sz w:val="22"/>
        </w:rPr>
        <w:t>Cargo/Função</w:t>
      </w:r>
    </w:p>
    <w:p>
      <w:pPr>
        <w:jc w:val="center"/>
      </w:pPr>
      <w:r>
        <w:rPr>
          <w:b w:val="0"/>
          <w:i w:val="0"/>
          <w:sz w:val="22"/>
        </w:rPr>
        <w:t>Órgão/Departamento</w:t>
      </w:r>
    </w:p>
    <w:p>
      <w:pPr>
        <w:jc w:val="center"/>
      </w:pPr>
      <w:r>
        <w:rPr>
          <w:b w:val="0"/>
          <w:i w:val="0"/>
          <w:sz w:val="22"/>
        </w:rPr>
        <w:t>Telefone: _____________________</w:t>
      </w:r>
    </w:p>
    <w:p>
      <w:pPr>
        <w:jc w:val="center"/>
      </w:pPr>
      <w:r>
        <w:rPr>
          <w:b w:val="0"/>
          <w:i w:val="0"/>
          <w:sz w:val="22"/>
        </w:rPr>
        <w:t>E-mail: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https://documentos-jus.com/oficio-para-policia/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oficio-para-polic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