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NOTIFICAÇÃO EXTRAJUDICIAL DE DESPEJO</w:t>
      </w:r>
    </w:p>
    <w:p/>
    <w:p/>
    <w:p>
      <w:r>
        <w:rPr>
          <w:b w:val="0"/>
          <w:sz w:val="22"/>
        </w:rPr>
        <w:t>NOTIFICANTE: _______________________________________________________________</w:t>
      </w:r>
    </w:p>
    <w:p>
      <w:r>
        <w:rPr>
          <w:b w:val="0"/>
          <w:sz w:val="22"/>
        </w:rPr>
        <w:t>NACIONALIDADE: ____________________________________________________________</w:t>
      </w:r>
    </w:p>
    <w:p>
      <w:r>
        <w:rPr>
          <w:b w:val="0"/>
          <w:sz w:val="22"/>
        </w:rPr>
        <w:t>ESTADO CIVIL: ______________________________________________________________</w:t>
      </w:r>
    </w:p>
    <w:p>
      <w:r>
        <w:rPr>
          <w:b w:val="0"/>
          <w:sz w:val="22"/>
        </w:rPr>
        <w:t>PROFISSÃO: _________________________________________________________________</w:t>
      </w:r>
    </w:p>
    <w:p>
      <w:r>
        <w:rPr>
          <w:b w:val="0"/>
          <w:sz w:val="22"/>
        </w:rPr>
        <w:t>CPF/CNPJ: _________________________________________________________________</w:t>
      </w:r>
    </w:p>
    <w:p>
      <w:r>
        <w:rPr>
          <w:b w:val="0"/>
          <w:sz w:val="22"/>
        </w:rPr>
        <w:t>ENDEREÇO COMPLETO DO NOTIFICANTE: _________________________________________</w:t>
      </w:r>
    </w:p>
    <w:p>
      <w:r>
        <w:rPr>
          <w:b w:val="0"/>
          <w:sz w:val="22"/>
        </w:rPr>
        <w:t>TELEFONE: _________________________________________________________________</w:t>
      </w:r>
    </w:p>
    <w:p>
      <w:r>
        <w:rPr>
          <w:b w:val="0"/>
          <w:sz w:val="22"/>
        </w:rPr>
        <w:t>E-MAIL: _________________________________________________________________</w:t>
      </w:r>
    </w:p>
    <w:p/>
    <w:p>
      <w:r>
        <w:rPr>
          <w:b w:val="0"/>
          <w:sz w:val="22"/>
        </w:rPr>
        <w:t>NOTIFICADO(A): _____________________________________________________________</w:t>
      </w:r>
    </w:p>
    <w:p>
      <w:r>
        <w:rPr>
          <w:b w:val="0"/>
          <w:sz w:val="22"/>
        </w:rPr>
        <w:t>NACIONALIDADE: ____________________________________________________________</w:t>
      </w:r>
    </w:p>
    <w:p>
      <w:r>
        <w:rPr>
          <w:b w:val="0"/>
          <w:sz w:val="22"/>
        </w:rPr>
        <w:t>ESTADO CIVIL: ______________________________________________________________</w:t>
      </w:r>
    </w:p>
    <w:p>
      <w:r>
        <w:rPr>
          <w:b w:val="0"/>
          <w:sz w:val="22"/>
        </w:rPr>
        <w:t>PROFISSÃO: _________________________________________________________________</w:t>
      </w:r>
    </w:p>
    <w:p>
      <w:r>
        <w:rPr>
          <w:b w:val="0"/>
          <w:sz w:val="22"/>
        </w:rPr>
        <w:t>CPF/CNPJ: _________________________________________________________________</w:t>
      </w:r>
    </w:p>
    <w:p>
      <w:r>
        <w:rPr>
          <w:b w:val="0"/>
          <w:sz w:val="22"/>
        </w:rPr>
        <w:t>ENDEREÇO COMPLETO DO IMÓVEL LOCADO: ______________________________________</w:t>
      </w:r>
    </w:p>
    <w:p/>
    <w:p>
      <w:r>
        <w:rPr>
          <w:b/>
          <w:sz w:val="22"/>
        </w:rPr>
        <w:t>I – DO OBJETO DA NOTIFICAÇÃO</w:t>
      </w:r>
    </w:p>
    <w:p/>
    <w:p>
      <w:r>
        <w:rPr>
          <w:b/>
          <w:sz w:val="22"/>
        </w:rPr>
        <w:t>O(A) NOTIFICANTE vem, por meio desta, NOTIFICAR o(a) NOTIFICADO(A) acerca do despejo do imóvel locado situado no endereço acima indicado, objeto do contrato de locação firmado entre as partes, com fundamento no artigo 9º, inciso III, da Lei nº 8.245/91 (Lei do Inquilinato), em razão de:</w:t>
      </w:r>
    </w:p>
    <w:p/>
    <w:p>
      <w:r>
        <w:rPr>
          <w:b w:val="0"/>
          <w:sz w:val="22"/>
        </w:rPr>
        <w:t>______________________________________________________________________________</w:t>
      </w:r>
    </w:p>
    <w:p>
      <w:r>
        <w:rPr>
          <w:b w:val="0"/>
          <w:sz w:val="22"/>
        </w:rPr>
        <w:t>______________________________________________________________________________</w:t>
      </w:r>
    </w:p>
    <w:p>
      <w:r>
        <w:rPr>
          <w:b w:val="0"/>
          <w:sz w:val="22"/>
        </w:rPr>
        <w:t>______________________________________________________________________________</w:t>
      </w:r>
    </w:p>
    <w:p/>
    <w:p>
      <w:r>
        <w:rPr>
          <w:b/>
          <w:sz w:val="22"/>
        </w:rPr>
        <w:t>II – DAS RAZÕES DO DESPEJO</w:t>
      </w:r>
    </w:p>
    <w:p/>
    <w:p>
      <w:r>
        <w:rPr>
          <w:b/>
          <w:sz w:val="22"/>
        </w:rPr>
        <w:t>A presente notificação tem por finalidade exigir que o(a) NOTIFICADO(A) desocupe o imóvel no prazo máximo de 30 (trinta) dias, conforme determina a legislação vigente, em virtude de:</w:t>
      </w:r>
    </w:p>
    <w:p/>
    <w:p>
      <w:r>
        <w:rPr>
          <w:b w:val="0"/>
          <w:sz w:val="22"/>
        </w:rPr>
        <w:t>______________________________________________________________________________</w:t>
      </w:r>
    </w:p>
    <w:p>
      <w:r>
        <w:rPr>
          <w:b w:val="0"/>
          <w:sz w:val="22"/>
        </w:rPr>
        <w:t>______________________________________________________________________________</w:t>
      </w:r>
    </w:p>
    <w:p>
      <w:r>
        <w:rPr>
          <w:b w:val="0"/>
          <w:sz w:val="22"/>
        </w:rPr>
        <w:t>______________________________________________________________________________</w:t>
      </w:r>
    </w:p>
    <w:p/>
    <w:p>
      <w:r>
        <w:rPr>
          <w:b/>
          <w:sz w:val="22"/>
        </w:rPr>
        <w:t>III – DO PRAZO PARA DESOCUPAÇÃO</w:t>
      </w:r>
    </w:p>
    <w:p/>
    <w:p>
      <w:r>
        <w:rPr>
          <w:b w:val="0"/>
          <w:sz w:val="22"/>
        </w:rPr>
        <w:t>O(A) NOTIFICANTE estabelece o prazo de 30 (trinta) dias para que o(a) NOTIFICADO(A) proceda à desocupação voluntária do imóvel, findo o qual poderão ser tomadas as medidas judiciais cabíveis para retomada da posse.</w:t>
      </w:r>
    </w:p>
    <w:p/>
    <w:p>
      <w:r>
        <w:rPr>
          <w:b/>
          <w:sz w:val="22"/>
        </w:rPr>
        <w:t>IV – DAS CONSEQUÊNCIAS DO NÃO CUMPRIMENTO</w:t>
      </w:r>
    </w:p>
    <w:p/>
    <w:p>
      <w:r>
        <w:rPr>
          <w:b w:val="0"/>
          <w:sz w:val="22"/>
        </w:rPr>
        <w:t>Caso não seja cumprida a presente notificação no prazo estipulado, o(a) NOTIFICANTE adotará as medidas legais necessárias para a retomada do imóvel, incluindo, mas não se limitando, à propositura da ação de despejo com pedido liminar, conforme previsto na Lei nº 8.245/91.</w:t>
      </w:r>
    </w:p>
    <w:p/>
    <w:p>
      <w:r>
        <w:rPr>
          <w:b/>
          <w:sz w:val="22"/>
        </w:rPr>
        <w:t>V – DAS DISPOSIÇÕES GERAIS</w:t>
      </w:r>
    </w:p>
    <w:p/>
    <w:p>
      <w:r>
        <w:rPr>
          <w:b w:val="0"/>
          <w:sz w:val="22"/>
        </w:rPr>
        <w:t>Declara o(a) NOTIFICANTE que o imóvel foi entregue ao(à) NOTIFICADO(A) em perfeitas condições e que eventuais débitos referentes ao contrato de locação deverão ser regularizados imediatamente.</w:t>
      </w:r>
    </w:p>
    <w:p/>
    <w:p>
      <w:r>
        <w:rPr>
          <w:b w:val="0"/>
          <w:sz w:val="22"/>
        </w:rPr>
        <w:t>Esta notificação é feita por escrito, para todos os fins de direito, especialmente para cumprimento da legislação vigente e para que não haja alegação de desconhecimento das intenções do(a) NOTIFICANTE.</w:t>
      </w:r>
    </w:p>
    <w:p/>
    <w:p>
      <w:r>
        <w:rPr>
          <w:b w:val="0"/>
          <w:sz w:val="22"/>
        </w:rPr>
        <w:t>Sem mais para o momento,</w:t>
      </w:r>
    </w:p>
    <w:p/>
    <w:p>
      <w:r>
        <w:rPr>
          <w:b w:val="0"/>
          <w:sz w:val="22"/>
        </w:rPr>
        <w:t>Atenciosamente,</w:t>
      </w:r>
    </w:p>
    <w:p/>
    <w:p>
      <w:r>
        <w:rPr>
          <w:b w:val="0"/>
          <w:sz w:val="22"/>
        </w:rPr>
        <w:t>___________________________________________</w:t>
      </w:r>
    </w:p>
    <w:p>
      <w:r>
        <w:rPr>
          <w:b w:val="0"/>
          <w:sz w:val="22"/>
        </w:rPr>
        <w:t>NOTIFICANTE</w:t>
      </w:r>
    </w:p>
    <w:p/>
    <w:p>
      <w:r>
        <w:rPr>
          <w:b w:val="0"/>
          <w:sz w:val="22"/>
        </w:rPr>
        <w:t>___________________________________________</w:t>
      </w:r>
    </w:p>
    <w:p>
      <w:r>
        <w:rPr>
          <w:b w:val="0"/>
          <w:sz w:val="22"/>
        </w:rPr>
        <w:t>NOTIFICADO(A)</w:t>
      </w:r>
    </w:p>
    <w:p/>
    <w:p>
      <w:r>
        <w:rPr>
          <w:b w:val="0"/>
          <w:sz w:val="22"/>
        </w:rPr>
        <w:t>Local: ________________________________</w:t>
      </w:r>
    </w:p>
    <w:p>
      <w:r>
        <w:rPr>
          <w:b w:val="0"/>
          <w:sz w:val="22"/>
        </w:rPr>
        <w:t>Data: _________________________________</w:t>
      </w:r>
    </w:p>
    <w:p/>
    <w:p>
      <w:r>
        <w:rPr>
          <w:b/>
          <w:sz w:val="22"/>
        </w:rPr>
        <w:t>Testemunhas:</w:t>
      </w:r>
    </w:p>
    <w:p/>
    <w:p>
      <w:r>
        <w:rPr>
          <w:b w:val="0"/>
          <w:sz w:val="22"/>
        </w:rPr>
        <w:t>1) ____________________________   CPF: _____________________________</w:t>
      </w:r>
    </w:p>
    <w:p/>
    <w:p>
      <w:r>
        <w:rPr>
          <w:b w:val="0"/>
          <w:sz w:val="22"/>
        </w:rPr>
        <w:t>2) ____________________________   CPF: _____________________________</w:t>
      </w:r>
    </w:p>
    <w:p>
      <w:r>
        <w:br w:type="page"/>
      </w:r>
    </w:p>
    <w:p>
      <w:pPr>
        <w:jc w:val="center"/>
      </w:pPr>
      <w:r>
        <w:rPr>
          <w:color w:val="555555"/>
          <w:sz w:val="24"/>
        </w:rPr>
        <w:t>Fonte original deste documento:</w:t>
      </w:r>
    </w:p>
    <w:p>
      <w:pPr>
        <w:jc w:val="center"/>
      </w:pPr>
      <w:hyperlink r:id="rId9">
        <w:r>
          <w:rPr>
            <w:color w:val="0000FF"/>
            <w:u w:val="single"/>
          </w:rPr>
          <w:t>https://documentos-jus.com/notificacao-de-despejo/</w:t>
        </w:r>
      </w:hyperlink>
    </w:p>
    <w:p>
      <w:pPr>
        <w:jc w:val="center"/>
      </w:pPr>
      <w:r>
        <w:rPr>
          <w:color w:val="555555"/>
          <w:sz w:val="26"/>
        </w:rPr>
        <w:t>Este modelo foi útil para você?</w:t>
      </w:r>
    </w:p>
    <w:p>
      <w:pPr>
        <w:jc w:val="center"/>
      </w:pPr>
      <w:r>
        <w:rPr>
          <w:color w:val="555555"/>
          <w:sz w:val="26"/>
        </w:rPr>
        <w:t>Encontre outros modelos atualizados em:</w:t>
      </w:r>
    </w:p>
    <w:p>
      <w:pPr>
        <w:jc w:val="center"/>
      </w:pPr>
      <w:hyperlink r:id="rId10">
        <w:r>
          <w:rPr>
            <w:color w:val="0000FF"/>
            <w:u w:val="single"/>
          </w:rPr>
          <w:t>https://documentos-jus.com</w:t>
        </w:r>
      </w:hyperlink>
    </w:p>
    <w:p>
      <w:pPr>
        <w:jc w:val="center"/>
      </w:pPr>
      <w:r>
        <w:rPr>
          <w:color w:val="808080"/>
          <w:sz w:val="20"/>
        </w:rPr>
        <w:t>Este modelo é destinado exclusivamente para uso pessoal e não comercial.</w:t>
        <w:br/>
        <w:t>Ao compartilhar ou publicar, a citação da fonte é obrigatória. © documentos-jus.com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os-jus.com/notificacao-de-despejo/" TargetMode="External"/><Relationship Id="rId10" Type="http://schemas.openxmlformats.org/officeDocument/2006/relationships/hyperlink" Target="https://documentos-j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