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MANDADO DE BUSCA E APREENSÃO</w:t>
      </w:r>
    </w:p>
    <w:p/>
    <w:p/>
    <w:p>
      <w:r>
        <w:rPr>
          <w:b w:val="0"/>
          <w:sz w:val="22"/>
        </w:rPr>
        <w:t>Excelentíssimo Senhor Doutor Juiz de Direito da ___ Vara Cível da Comarca de ____________________</w:t>
      </w:r>
    </w:p>
    <w:p/>
    <w:p/>
    <w:p>
      <w:r>
        <w:rPr>
          <w:b/>
          <w:sz w:val="22"/>
        </w:rPr>
        <w:t>REQUERENTE:</w:t>
      </w:r>
    </w:p>
    <w:p>
      <w:pPr>
        <w:ind w:firstLine="567"/>
      </w:pPr>
      <w:r>
        <w:rPr>
          <w:b w:val="0"/>
          <w:sz w:val="22"/>
        </w:rPr>
        <w:t>Nome: _______________________________________________________________</w:t>
      </w:r>
    </w:p>
    <w:p>
      <w:pPr>
        <w:ind w:firstLine="567"/>
      </w:pPr>
      <w:r>
        <w:rPr>
          <w:b w:val="0"/>
          <w:sz w:val="22"/>
        </w:rPr>
        <w:t>Nacionalidade: ______________________________________________________</w:t>
      </w:r>
    </w:p>
    <w:p>
      <w:pPr>
        <w:ind w:firstLine="567"/>
      </w:pPr>
      <w:r>
        <w:rPr>
          <w:b w:val="0"/>
          <w:sz w:val="22"/>
        </w:rPr>
        <w:t>Estado Civil: _________________________________________________________</w:t>
      </w:r>
    </w:p>
    <w:p>
      <w:pPr>
        <w:ind w:firstLine="567"/>
      </w:pPr>
      <w:r>
        <w:rPr>
          <w:b w:val="0"/>
          <w:sz w:val="22"/>
        </w:rPr>
        <w:t>Profissão: ___________________________________________________________</w:t>
      </w:r>
    </w:p>
    <w:p>
      <w:pPr>
        <w:ind w:firstLine="567"/>
      </w:pPr>
      <w:r>
        <w:rPr>
          <w:b w:val="0"/>
          <w:sz w:val="22"/>
        </w:rPr>
        <w:t>CPF/CNPJ: ___________________________________________________________</w:t>
      </w:r>
    </w:p>
    <w:p>
      <w:pPr>
        <w:ind w:firstLine="567"/>
      </w:pPr>
      <w:r>
        <w:rPr>
          <w:b w:val="0"/>
          <w:sz w:val="22"/>
        </w:rPr>
        <w:t>Endereço: ___________________________________________________________</w:t>
      </w:r>
    </w:p>
    <w:p>
      <w:pPr>
        <w:ind w:firstLine="567"/>
      </w:pPr>
      <w:r>
        <w:rPr>
          <w:b w:val="0"/>
          <w:sz w:val="22"/>
        </w:rPr>
        <w:t>Telefone: ____________________________________________________________</w:t>
      </w:r>
    </w:p>
    <w:p>
      <w:pPr>
        <w:ind w:firstLine="567"/>
      </w:pPr>
      <w:r>
        <w:rPr>
          <w:b w:val="0"/>
          <w:sz w:val="22"/>
        </w:rPr>
        <w:t>E-mail: ______________________________________________________________</w:t>
      </w:r>
    </w:p>
    <w:p/>
    <w:p>
      <w:r>
        <w:rPr>
          <w:b/>
          <w:sz w:val="22"/>
        </w:rPr>
        <w:t>REQUERIDO:</w:t>
      </w:r>
    </w:p>
    <w:p>
      <w:pPr>
        <w:ind w:firstLine="567"/>
      </w:pPr>
      <w:r>
        <w:rPr>
          <w:b w:val="0"/>
          <w:sz w:val="22"/>
        </w:rPr>
        <w:t>Nome/Razão Social: _________________________________________________</w:t>
      </w:r>
    </w:p>
    <w:p>
      <w:pPr>
        <w:ind w:firstLine="567"/>
      </w:pPr>
      <w:r>
        <w:rPr>
          <w:b w:val="0"/>
          <w:sz w:val="22"/>
        </w:rPr>
        <w:t>CPF/CNPJ: ___________________________________________________________</w:t>
      </w:r>
    </w:p>
    <w:p>
      <w:pPr>
        <w:ind w:firstLine="567"/>
      </w:pPr>
      <w:r>
        <w:rPr>
          <w:b w:val="0"/>
          <w:sz w:val="22"/>
        </w:rPr>
        <w:t>Endereço: ___________________________________________________________</w:t>
      </w:r>
    </w:p>
    <w:p/>
    <w:p>
      <w:r>
        <w:rPr>
          <w:b/>
          <w:sz w:val="22"/>
        </w:rPr>
        <w:t>DOS FATOS</w:t>
      </w:r>
    </w:p>
    <w:p>
      <w:pPr>
        <w:ind w:firstLine="567"/>
      </w:pPr>
      <w:r>
        <w:rPr>
          <w:b w:val="0"/>
          <w:sz w:val="22"/>
        </w:rPr>
        <w:t>1. O Requerente é legítimo possuidor dos bens descritos neste mandado, conforme comprova a documentação anexa.</w:t>
      </w:r>
    </w:p>
    <w:p>
      <w:pPr>
        <w:ind w:firstLine="567"/>
      </w:pPr>
      <w:r>
        <w:rPr>
          <w:b w:val="0"/>
          <w:sz w:val="22"/>
        </w:rPr>
        <w:t>2. O Requerido encontra-se na posse injusta dos referidos bens, em afronta ao direito do Requerente.</w:t>
      </w:r>
    </w:p>
    <w:p>
      <w:pPr>
        <w:ind w:firstLine="567"/>
      </w:pPr>
      <w:r>
        <w:rPr>
          <w:b w:val="0"/>
          <w:sz w:val="22"/>
        </w:rPr>
        <w:t>3. Tentativas amigáveis de restituição foram infrutíferas, motivando a presente medida judicial.</w:t>
      </w:r>
    </w:p>
    <w:p/>
    <w:p>
      <w:r>
        <w:rPr>
          <w:b/>
          <w:sz w:val="22"/>
        </w:rPr>
        <w:t>DO DIREITO</w:t>
      </w:r>
    </w:p>
    <w:p>
      <w:pPr>
        <w:ind w:firstLine="567"/>
      </w:pPr>
      <w:r>
        <w:rPr>
          <w:b w:val="0"/>
          <w:sz w:val="22"/>
        </w:rPr>
        <w:t>4. O presente mandado encontra amparo nos artigos 839 e seguintes do Código de Processo Civil, bem como no artigo 301 do Código de Processo Penal, considerando a natureza do bem e a urgência na tutela.</w:t>
      </w:r>
    </w:p>
    <w:p>
      <w:pPr>
        <w:ind w:firstLine="567"/>
      </w:pPr>
      <w:r>
        <w:rPr>
          <w:b w:val="0"/>
          <w:sz w:val="22"/>
        </w:rPr>
        <w:t>5. Configura-se a posse injusta do Requerido, cabendo a restituição imediata dos bens.</w:t>
      </w:r>
    </w:p>
    <w:p>
      <w:pPr>
        <w:ind w:firstLine="567"/>
      </w:pPr>
      <w:r>
        <w:rPr>
          <w:b w:val="0"/>
          <w:sz w:val="22"/>
        </w:rPr>
        <w:t>6. A medida é necessária para resguardar o direito do Requerente e assegurar a efetividade da tutela jurisdicional.</w:t>
      </w:r>
    </w:p>
    <w:p/>
    <w:p>
      <w:r>
        <w:rPr>
          <w:b/>
          <w:sz w:val="22"/>
        </w:rPr>
        <w:t>DOS BENS A SEREM APREENDIDOS</w:t>
      </w:r>
    </w:p>
    <w:p>
      <w:pPr>
        <w:ind w:firstLine="567"/>
      </w:pPr>
      <w:r>
        <w:rPr>
          <w:b w:val="0"/>
          <w:sz w:val="22"/>
        </w:rPr>
        <w:t>7. Descrição detalhada dos bens objeto do pedido de busca e apreensão:</w:t>
      </w:r>
    </w:p>
    <w:p>
      <w:pPr>
        <w:ind w:firstLine="567"/>
      </w:pPr>
      <w:r>
        <w:rPr>
          <w:b w:val="0"/>
          <w:sz w:val="22"/>
        </w:rPr>
        <w:t>• _______________________________________________________________________</w:t>
      </w:r>
    </w:p>
    <w:p>
      <w:pPr>
        <w:ind w:firstLine="567"/>
      </w:pPr>
      <w:r>
        <w:rPr>
          <w:b w:val="0"/>
          <w:sz w:val="22"/>
        </w:rPr>
        <w:t>• _______________________________________________________________________</w:t>
      </w:r>
    </w:p>
    <w:p>
      <w:pPr>
        <w:ind w:firstLine="567"/>
      </w:pPr>
      <w:r>
        <w:rPr>
          <w:b w:val="0"/>
          <w:sz w:val="22"/>
        </w:rPr>
        <w:t>• _______________________________________________________________________</w:t>
      </w:r>
    </w:p>
    <w:p>
      <w:pPr>
        <w:ind w:firstLine="567"/>
      </w:pPr>
      <w:r>
        <w:rPr>
          <w:b w:val="0"/>
          <w:sz w:val="22"/>
        </w:rPr>
        <w:t>• _______________________________________________________________________</w:t>
      </w:r>
    </w:p>
    <w:p/>
    <w:p>
      <w:r>
        <w:rPr>
          <w:b/>
          <w:sz w:val="22"/>
        </w:rPr>
        <w:t>DO PEDIDO</w:t>
      </w:r>
    </w:p>
    <w:p>
      <w:pPr>
        <w:ind w:firstLine="567"/>
      </w:pPr>
      <w:r>
        <w:rPr>
          <w:b w:val="0"/>
          <w:sz w:val="22"/>
        </w:rPr>
        <w:t>Diante do exposto, requer:</w:t>
      </w:r>
    </w:p>
    <w:p>
      <w:pPr>
        <w:ind w:firstLine="567"/>
      </w:pPr>
      <w:r>
        <w:rPr>
          <w:b w:val="0"/>
          <w:sz w:val="22"/>
        </w:rPr>
        <w:t>a) A expedição do presente Mandado de Busca e Apreensão, autorizando a equipe policial ou oficial de justiça a adentrar o imóvel localizado no endereço abaixo:</w:t>
      </w:r>
    </w:p>
    <w:p>
      <w:pPr>
        <w:ind w:firstLine="567"/>
      </w:pPr>
      <w:r>
        <w:rPr>
          <w:b w:val="0"/>
          <w:sz w:val="22"/>
        </w:rPr>
        <w:t>_________________________________________________________________________</w:t>
      </w:r>
    </w:p>
    <w:p>
      <w:pPr>
        <w:ind w:firstLine="567"/>
      </w:pPr>
      <w:r>
        <w:rPr>
          <w:b w:val="0"/>
          <w:sz w:val="22"/>
        </w:rPr>
        <w:t>_________________________________________________________________________</w:t>
      </w:r>
    </w:p>
    <w:p>
      <w:pPr>
        <w:ind w:firstLine="567"/>
      </w:pPr>
      <w:r>
        <w:rPr>
          <w:b w:val="0"/>
          <w:sz w:val="22"/>
        </w:rPr>
        <w:t>para apreender os bens descritos, assegurando a integridade e segurança dos mesmos;</w:t>
      </w:r>
    </w:p>
    <w:p/>
    <w:p>
      <w:pPr>
        <w:ind w:firstLine="567"/>
      </w:pPr>
      <w:r>
        <w:rPr>
          <w:b w:val="0"/>
          <w:sz w:val="22"/>
        </w:rPr>
        <w:t>b) Que seja facultada a atuação de força policial, caso haja resistência ou ameaça à integridade dos agentes públicos;</w:t>
      </w:r>
    </w:p>
    <w:p>
      <w:pPr>
        <w:ind w:firstLine="567"/>
      </w:pPr>
      <w:r>
        <w:rPr>
          <w:b w:val="0"/>
          <w:sz w:val="22"/>
        </w:rPr>
        <w:t>c) A intimação do Requerido para ciência da presente decisão, nos termos da lei;</w:t>
      </w:r>
    </w:p>
    <w:p>
      <w:pPr>
        <w:ind w:firstLine="567"/>
      </w:pPr>
      <w:r>
        <w:rPr>
          <w:b w:val="0"/>
          <w:sz w:val="22"/>
        </w:rPr>
        <w:t>d) A condenação do Requerido ao pagamento das custas processuais e demais cominações legais.</w:t>
      </w:r>
    </w:p>
    <w:p/>
    <w:p>
      <w:r>
        <w:rPr>
          <w:b/>
          <w:sz w:val="22"/>
        </w:rPr>
        <w:t>DO LOCAL E DATA</w:t>
      </w:r>
    </w:p>
    <w:p>
      <w:pPr>
        <w:ind w:firstLine="567"/>
      </w:pPr>
      <w:r>
        <w:rPr>
          <w:b w:val="0"/>
          <w:sz w:val="22"/>
        </w:rPr>
        <w:t>Local: _______________________________________________</w:t>
      </w:r>
    </w:p>
    <w:p>
      <w:pPr>
        <w:ind w:firstLine="567"/>
      </w:pPr>
      <w:r>
        <w:rPr>
          <w:b w:val="0"/>
          <w:sz w:val="22"/>
        </w:rPr>
        <w:t>Data: _____ de ____________________ de _________</w:t>
      </w:r>
    </w:p>
    <w:p/>
    <w:p/>
    <w:p>
      <w:pPr>
        <w:jc w:val="center"/>
      </w:pPr>
      <w:r>
        <w:rPr>
          <w:b w:val="0"/>
          <w:sz w:val="22"/>
        </w:rPr>
        <w:t>__________________________________________</w:t>
      </w:r>
    </w:p>
    <w:p>
      <w:pPr>
        <w:jc w:val="center"/>
      </w:pPr>
      <w:r>
        <w:rPr>
          <w:b w:val="0"/>
          <w:sz w:val="22"/>
        </w:rPr>
        <w:t>Nome do Requerente / Advogado</w:t>
      </w:r>
    </w:p>
    <w:p>
      <w:pPr>
        <w:jc w:val="center"/>
      </w:pPr>
      <w:r>
        <w:rPr>
          <w:b w:val="0"/>
          <w:sz w:val="22"/>
        </w:rPr>
        <w:t>OAB/UF nº ____________</w:t>
      </w:r>
    </w:p>
    <w:p/>
    <w:p/>
    <w:p>
      <w:pPr>
        <w:jc w:val="center"/>
      </w:pPr>
      <w:r>
        <w:rPr>
          <w:b w:val="0"/>
          <w:sz w:val="22"/>
        </w:rPr>
        <w:t>__________________________________________</w:t>
      </w:r>
    </w:p>
    <w:p>
      <w:pPr>
        <w:jc w:val="center"/>
      </w:pPr>
      <w:r>
        <w:rPr>
          <w:b w:val="0"/>
          <w:sz w:val="22"/>
        </w:rPr>
        <w:t>Juiz de Direito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https://documentos-jus.com/mandado-de-busca-e-apreensao/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mandado-de-busca-e-apreensao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