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INFORME DE RENDIMENTOS</w:t>
      </w:r>
    </w:p>
    <w:p/>
    <w:p/>
    <w:p>
      <w:pPr>
        <w:jc w:val="left"/>
      </w:pPr>
      <w:r>
        <w:rPr>
          <w:b/>
          <w:sz w:val="22"/>
        </w:rPr>
        <w:t>IDENTIFICAÇÃO DO DECLARANTE</w:t>
      </w:r>
    </w:p>
    <w:p>
      <w:r>
        <w:rPr>
          <w:b w:val="0"/>
          <w:sz w:val="20"/>
        </w:rPr>
        <w:t>Nome Completo: 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</w:t>
      </w:r>
    </w:p>
    <w:p>
      <w:r>
        <w:rPr>
          <w:b w:val="0"/>
          <w:sz w:val="20"/>
        </w:rPr>
        <w:t>Cidade: ____________________________ UF: _______ CEP: _____________________</w:t>
      </w:r>
    </w:p>
    <w:p>
      <w:r>
        <w:rPr>
          <w:b w:val="0"/>
          <w:sz w:val="20"/>
        </w:rPr>
        <w:t>Telefone: __________________________ E-mail: _______________________________</w:t>
      </w:r>
    </w:p>
    <w:p/>
    <w:p/>
    <w:p>
      <w:pPr>
        <w:jc w:val="left"/>
      </w:pPr>
      <w:r>
        <w:rPr>
          <w:b/>
          <w:sz w:val="22"/>
        </w:rPr>
        <w:t>IDENTIFICAÇÃO DA FONTE PAGADORA</w:t>
      </w:r>
    </w:p>
    <w:p>
      <w:r>
        <w:rPr>
          <w:b w:val="0"/>
          <w:sz w:val="20"/>
        </w:rPr>
        <w:t>Nome: ____________________________________________________________________</w:t>
      </w:r>
    </w:p>
    <w:p>
      <w:r>
        <w:rPr>
          <w:b w:val="0"/>
          <w:sz w:val="20"/>
        </w:rPr>
        <w:t>CNPJ: ____________________________________________________________________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</w:t>
      </w:r>
    </w:p>
    <w:p>
      <w:r>
        <w:rPr>
          <w:b w:val="0"/>
          <w:sz w:val="20"/>
        </w:rPr>
        <w:t>Cidade: ____________________________ UF: _______ CEP: _____________________</w:t>
      </w:r>
    </w:p>
    <w:p>
      <w:r>
        <w:rPr>
          <w:b w:val="0"/>
          <w:sz w:val="20"/>
        </w:rPr>
        <w:t>Telefone: __________________________ E-mail: _______________________________</w:t>
      </w:r>
    </w:p>
    <w:p/>
    <w:p/>
    <w:p>
      <w:pPr>
        <w:jc w:val="left"/>
      </w:pPr>
      <w:r>
        <w:rPr>
          <w:b/>
          <w:sz w:val="22"/>
        </w:rPr>
        <w:t>RENDIMENTOS TRIBUTÁVEIS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Descrição</w:t>
            </w:r>
          </w:p>
        </w:tc>
        <w:tc>
          <w:tcPr>
            <w:tcW w:type="dxa" w:w="3324"/>
          </w:tcPr>
          <w:p>
            <w:r>
              <w:t>Valor (R$)</w:t>
            </w:r>
          </w:p>
        </w:tc>
        <w:tc>
          <w:tcPr>
            <w:tcW w:type="dxa" w:w="3324"/>
          </w:tcPr>
          <w:p>
            <w:r>
              <w:t>Observações</w:t>
            </w:r>
          </w:p>
        </w:tc>
      </w:tr>
      <w:tr>
        <w:tc>
          <w:tcPr>
            <w:tcW w:type="dxa" w:w="3324"/>
          </w:tcPr>
          <w:p>
            <w:r>
              <w:t>Salário / Pró-labore</w:t>
            </w:r>
          </w:p>
        </w:tc>
        <w:tc>
          <w:tcPr>
            <w:tcW w:type="dxa" w:w="3324"/>
          </w:tcPr>
          <w:p>
            <w:r>
              <w:t>____________________</w:t>
            </w:r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13º Salário</w:t>
            </w:r>
          </w:p>
        </w:tc>
        <w:tc>
          <w:tcPr>
            <w:tcW w:type="dxa" w:w="3324"/>
          </w:tcPr>
          <w:p>
            <w:r>
              <w:t>____________________</w:t>
            </w:r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Férias (inclusive 1/3 constitucional)</w:t>
            </w:r>
          </w:p>
        </w:tc>
        <w:tc>
          <w:tcPr>
            <w:tcW w:type="dxa" w:w="3324"/>
          </w:tcPr>
          <w:p>
            <w:r>
              <w:t>____________________</w:t>
            </w:r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Horas Extras</w:t>
            </w:r>
          </w:p>
        </w:tc>
        <w:tc>
          <w:tcPr>
            <w:tcW w:type="dxa" w:w="3324"/>
          </w:tcPr>
          <w:p>
            <w:r>
              <w:t>____________________</w:t>
            </w:r>
          </w:p>
        </w:tc>
        <w:tc>
          <w:tcPr>
            <w:tcW w:type="dxa" w:w="3324"/>
          </w:tcPr>
          <w:p>
            <w:r/>
          </w:p>
        </w:tc>
      </w:tr>
    </w:tbl>
    <w:p/>
    <w:p>
      <w:pPr>
        <w:jc w:val="left"/>
      </w:pPr>
      <w:r>
        <w:rPr>
          <w:b/>
          <w:sz w:val="22"/>
        </w:rPr>
        <w:t>RENDIMENTOS ISENTOS E NÃO TRIBUTÁVEIS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Descrição</w:t>
            </w:r>
          </w:p>
        </w:tc>
        <w:tc>
          <w:tcPr>
            <w:tcW w:type="dxa" w:w="3324"/>
          </w:tcPr>
          <w:p>
            <w:r>
              <w:t>Valor (R$)</w:t>
            </w:r>
          </w:p>
        </w:tc>
        <w:tc>
          <w:tcPr>
            <w:tcW w:type="dxa" w:w="3324"/>
          </w:tcPr>
          <w:p>
            <w:r>
              <w:t>Observações</w:t>
            </w:r>
          </w:p>
        </w:tc>
      </w:tr>
      <w:tr>
        <w:tc>
          <w:tcPr>
            <w:tcW w:type="dxa" w:w="3324"/>
          </w:tcPr>
          <w:p>
            <w:r>
              <w:t>Auxílio doença (INSS)</w:t>
            </w:r>
          </w:p>
        </w:tc>
        <w:tc>
          <w:tcPr>
            <w:tcW w:type="dxa" w:w="3324"/>
          </w:tcPr>
          <w:p>
            <w:r>
              <w:t>____________________</w:t>
            </w:r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Indenizações trabalhistas</w:t>
            </w:r>
          </w:p>
        </w:tc>
        <w:tc>
          <w:tcPr>
            <w:tcW w:type="dxa" w:w="3324"/>
          </w:tcPr>
          <w:p>
            <w:r>
              <w:t>____________________</w:t>
            </w:r>
          </w:p>
        </w:tc>
        <w:tc>
          <w:tcPr>
            <w:tcW w:type="dxa" w:w="3324"/>
          </w:tcPr>
          <w:p>
            <w:r/>
          </w:p>
        </w:tc>
      </w:tr>
    </w:tbl>
    <w:p/>
    <w:p>
      <w:pPr>
        <w:jc w:val="left"/>
      </w:pPr>
      <w:r>
        <w:rPr>
          <w:b/>
          <w:sz w:val="22"/>
        </w:rPr>
        <w:t>DESCONTOS LEGAIS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Descrição</w:t>
            </w:r>
          </w:p>
        </w:tc>
        <w:tc>
          <w:tcPr>
            <w:tcW w:type="dxa" w:w="3324"/>
          </w:tcPr>
          <w:p>
            <w:r>
              <w:t>Valor (R$)</w:t>
            </w:r>
          </w:p>
        </w:tc>
        <w:tc>
          <w:tcPr>
            <w:tcW w:type="dxa" w:w="3324"/>
          </w:tcPr>
          <w:p>
            <w:r>
              <w:t>Observações</w:t>
            </w:r>
          </w:p>
        </w:tc>
      </w:tr>
      <w:tr>
        <w:tc>
          <w:tcPr>
            <w:tcW w:type="dxa" w:w="3324"/>
          </w:tcPr>
          <w:p>
            <w:r>
              <w:t>Contribuição Previdenciária Oficial</w:t>
            </w:r>
          </w:p>
        </w:tc>
        <w:tc>
          <w:tcPr>
            <w:tcW w:type="dxa" w:w="3324"/>
          </w:tcPr>
          <w:p>
            <w:r>
              <w:t>____________________</w:t>
            </w:r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Imposto de Renda Retido na Fonte</w:t>
            </w:r>
          </w:p>
        </w:tc>
        <w:tc>
          <w:tcPr>
            <w:tcW w:type="dxa" w:w="3324"/>
          </w:tcPr>
          <w:p>
            <w:r>
              <w:t>____________________</w:t>
            </w:r>
          </w:p>
        </w:tc>
        <w:tc>
          <w:tcPr>
            <w:tcW w:type="dxa" w:w="3324"/>
          </w:tcPr>
          <w:p>
            <w:r/>
          </w:p>
        </w:tc>
      </w:tr>
    </w:tbl>
    <w:p/>
    <w:p/>
    <w:p>
      <w:pPr>
        <w:jc w:val="left"/>
      </w:pPr>
      <w:r>
        <w:rPr>
          <w:b/>
          <w:sz w:val="22"/>
        </w:rPr>
        <w:t>INFORMAÇÕES ADICIONAIS</w:t>
      </w:r>
    </w:p>
    <w:p>
      <w:r>
        <w:rPr>
          <w:b w:val="0"/>
          <w:sz w:val="20"/>
        </w:rPr>
        <w:t>Este informe é fornecido para fins de declaração de Imposto de Renda da Pessoa Física (IRPF),</w:t>
      </w:r>
    </w:p>
    <w:p>
      <w:r>
        <w:rPr>
          <w:b w:val="0"/>
          <w:sz w:val="20"/>
        </w:rPr>
        <w:t>conforme legislação vigente, e reflete os rendimentos pagos e os descontos efetuados no período.</w:t>
      </w:r>
    </w:p>
    <w:p>
      <w:r>
        <w:rPr>
          <w:b w:val="0"/>
          <w:sz w:val="20"/>
        </w:rPr>
        <w:t>Eventuais divergências devem ser comunicadas imediatamente à fonte pagadora.</w:t>
      </w:r>
    </w:p>
    <w:p>
      <w:r>
        <w:rPr>
          <w:b w:val="0"/>
          <w:sz w:val="20"/>
        </w:rPr>
        <w:t>O declarante declara estar ciente das informações constantes neste informe e assume a responsabilidade</w:t>
      </w:r>
    </w:p>
    <w:p>
      <w:r>
        <w:rPr>
          <w:b w:val="0"/>
          <w:sz w:val="20"/>
        </w:rPr>
        <w:t>pela veracidade dos dados apresentados.</w:t>
      </w:r>
    </w:p>
    <w:p/>
    <w:p/>
    <w:p/>
    <w:p>
      <w:pPr>
        <w:jc w:val="center"/>
      </w:pPr>
      <w:r>
        <w:rPr>
          <w:b w:val="0"/>
          <w:sz w:val="20"/>
        </w:rPr>
        <w:t>______________________________________________</w:t>
      </w:r>
    </w:p>
    <w:p>
      <w:pPr>
        <w:jc w:val="center"/>
      </w:pPr>
      <w:r>
        <w:rPr>
          <w:b w:val="0"/>
          <w:sz w:val="20"/>
        </w:rPr>
        <w:t>Assinatura do Representante da Fonte Pagadora</w:t>
      </w:r>
    </w:p>
    <w:p/>
    <w:p/>
    <w:p>
      <w:pPr>
        <w:jc w:val="center"/>
      </w:pPr>
      <w:r>
        <w:rPr>
          <w:b w:val="0"/>
          <w:sz w:val="20"/>
        </w:rPr>
        <w:t>______________________________________________</w:t>
      </w:r>
    </w:p>
    <w:p>
      <w:pPr>
        <w:jc w:val="center"/>
      </w:pPr>
      <w:r>
        <w:rPr>
          <w:b w:val="0"/>
          <w:sz w:val="20"/>
        </w:rPr>
        <w:t>Carimbo da Fonte Pagadora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https://documentos-jus.com/informe-de-rendimentos/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informe-de-rendimentos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