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____ VARA CÍVEL DA COMARCA DE ____________________</w:t>
      </w:r>
    </w:p>
    <w:p/>
    <w:p/>
    <w:p>
      <w:r>
        <w:rPr>
          <w:b/>
          <w:sz w:val="22"/>
        </w:rPr>
        <w:t>Processo nº: ________________________________</w:t>
      </w:r>
    </w:p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Bairro: _______________________ Cidade: ______________________________</w:t>
      </w:r>
    </w:p>
    <w:p>
      <w:r>
        <w:rPr>
          <w:b w:val="0"/>
          <w:sz w:val="22"/>
        </w:rPr>
        <w:t>Estado: _________________ CEP: 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2"/>
        </w:rPr>
        <w:t>Nome / Razão Social: _________________________________________________</w:t>
      </w:r>
    </w:p>
    <w:p>
      <w:r>
        <w:rPr>
          <w:b w:val="0"/>
          <w:sz w:val="22"/>
        </w:rPr>
        <w:t>CNPJ / CPF: 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Bairro: _______________________ Cidade: ______________________________</w:t>
      </w:r>
    </w:p>
    <w:p>
      <w:r>
        <w:rPr>
          <w:b w:val="0"/>
          <w:sz w:val="22"/>
        </w:rPr>
        <w:t>Estado: _________________ CEP: 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HABILITAÇÃO PROCESSUAL</w:t>
      </w:r>
    </w:p>
    <w:p/>
    <w:p>
      <w:pPr>
        <w:jc w:val="both"/>
      </w:pPr>
      <w:r>
        <w:rPr>
          <w:sz w:val="22"/>
        </w:rPr>
        <w:t>O(a) requerente, qualificado(a) acima, por seu advogado infra-assinado, nos autos do processo em epígrafe, vem, respeitosamente, à presença de Vossa Excelência, requerer sua HABILITAÇÃO PROCESSUAL como parte interessada, conforme fundamentação a seguir:</w:t>
      </w:r>
    </w:p>
    <w:p/>
    <w:p>
      <w:r>
        <w:rPr>
          <w:b/>
          <w:sz w:val="22"/>
        </w:rPr>
        <w:t>I – DOS FATOS</w:t>
      </w:r>
    </w:p>
    <w:p/>
    <w:p>
      <w:pPr>
        <w:jc w:val="both"/>
      </w:pPr>
      <w:r>
        <w:rPr>
          <w:sz w:val="22"/>
        </w:rPr>
        <w:t>O(A) requerente possui interesse jurídico na demanda em questão, sendo parte legítima para figurar no polo ativo/passivo do processo, em razão de sua relação jurídica ou situação fática que se conecta diretamente ao objeto desta ação. Sua habilitação é essencial para a garantia do contraditório, ampla defesa e efetiva prestação jurisdicional.</w:t>
      </w:r>
    </w:p>
    <w:p/>
    <w:p>
      <w:r>
        <w:rPr>
          <w:b/>
          <w:sz w:val="22"/>
        </w:rPr>
        <w:t>II – DO DIREITO</w:t>
      </w:r>
    </w:p>
    <w:p/>
    <w:p>
      <w:pPr>
        <w:jc w:val="both"/>
      </w:pPr>
      <w:r>
        <w:rPr>
          <w:sz w:val="22"/>
        </w:rPr>
        <w:t>Nos termos do artigo 119 do Código de Processo Civil, a habilitação processual é cabível para que terceiro, que não é parte originária, assuma a posição processual em substituição ou em complemento às partes existentes. Ademais, o artigo 6º do CPC assegura a todos os litigantes, em processo judicial ou administrativo, o direito ao contraditório e à ampla defesa, com os meios e recursos a ela inerentes.</w:t>
      </w:r>
    </w:p>
    <w:p/>
    <w:p>
      <w:pPr>
        <w:jc w:val="both"/>
      </w:pPr>
      <w:r>
        <w:rPr>
          <w:sz w:val="22"/>
        </w:rPr>
        <w:t>Portanto, a habilitação ora requerida encontra respaldo legal e jurisprudencial, garantindo a regularidade do feito e a proteção dos interesses do(a) requerente.</w:t>
      </w:r>
    </w:p>
    <w:p/>
    <w:p>
      <w:r>
        <w:rPr>
          <w:b/>
          <w:sz w:val="22"/>
        </w:rPr>
        <w:t>III – DOS DOCUMENTOS ANEXADOS</w:t>
      </w:r>
    </w:p>
    <w:p/>
    <w:p>
      <w:r>
        <w:rPr>
          <w:b w:val="0"/>
          <w:sz w:val="22"/>
        </w:rPr>
        <w:t>Para comprovar a legitimidade e o interesse do(a) requerente, junta-se os seguintes documentos:</w:t>
      </w:r>
    </w:p>
    <w:p>
      <w:r>
        <w:rPr>
          <w:b/>
          <w:sz w:val="22"/>
        </w:rPr>
        <w:t>- Procuração ad judicia</w:t>
      </w:r>
    </w:p>
    <w:p>
      <w:r>
        <w:rPr>
          <w:b w:val="0"/>
          <w:sz w:val="22"/>
        </w:rPr>
        <w:t>- Documento de identificação pessoal (RG e CPF)</w:t>
      </w:r>
    </w:p>
    <w:p>
      <w:r>
        <w:rPr>
          <w:b w:val="0"/>
          <w:sz w:val="22"/>
        </w:rPr>
        <w:t>- Comprovante de endereço atualizado</w:t>
      </w:r>
    </w:p>
    <w:p>
      <w:r>
        <w:rPr>
          <w:b w:val="0"/>
          <w:sz w:val="22"/>
        </w:rPr>
        <w:t>- Documentos que evidenciem o vínculo jurídico ou interesse na demanda</w:t>
      </w:r>
    </w:p>
    <w:p/>
    <w:p>
      <w:r>
        <w:rPr>
          <w:b/>
          <w:sz w:val="22"/>
        </w:rPr>
        <w:t>IV – DO PEDIDO</w:t>
      </w:r>
    </w:p>
    <w:p/>
    <w:p>
      <w:pPr>
        <w:jc w:val="both"/>
      </w:pPr>
      <w:r>
        <w:rPr>
          <w:sz w:val="22"/>
        </w:rPr>
        <w:t>Diante do exposto, requer a Vossa Excelência:</w:t>
      </w:r>
    </w:p>
    <w:p/>
    <w:p>
      <w:r>
        <w:rPr>
          <w:b/>
          <w:sz w:val="22"/>
        </w:rPr>
        <w:t>a) A HABILITAÇÃO do(a) requerente no polo ativo/passivo do processo nº ______________, para todos os efeitos legais, garantindo-lhe o pleno exercício do direito de defesa e participação processual;</w:t>
      </w:r>
    </w:p>
    <w:p>
      <w:r>
        <w:rPr>
          <w:b/>
          <w:sz w:val="22"/>
        </w:rPr>
        <w:t>b) A intimação das partes para ciência da presente habilitação;</w:t>
      </w:r>
    </w:p>
    <w:p>
      <w:r>
        <w:rPr>
          <w:b/>
          <w:sz w:val="22"/>
        </w:rPr>
        <w:t>c) A juntada e o reconhecimento dos documentos anexados;</w:t>
      </w:r>
    </w:p>
    <w:p>
      <w:r>
        <w:rPr>
          <w:b/>
          <w:sz w:val="22"/>
        </w:rPr>
        <w:t>d) A concessão de demais medidas que Vossa Excelência entender cabíveis e necessárias.</w:t>
      </w:r>
    </w:p>
    <w:p/>
    <w:p/>
    <w:p>
      <w:pPr>
        <w:jc w:val="center"/>
      </w:pPr>
      <w:r>
        <w:rPr>
          <w:b w:val="0"/>
          <w:sz w:val="22"/>
        </w:rPr>
        <w:t>Termos em que,</w:t>
      </w:r>
    </w:p>
    <w:p>
      <w:pPr>
        <w:jc w:val="center"/>
      </w:pPr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Local e data: _____________________________</w:t>
      </w:r>
    </w:p>
    <w:p/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https://documentos-jus.com/habilitacao-processual/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habilitacao-processua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