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FOLHA DE PONTO</w:t>
      </w:r>
    </w:p>
    <w:p>
      <w:r>
        <w:rPr>
          <w:b/>
          <w:sz w:val="20"/>
        </w:rPr>
        <w:t>EMPREGADO:</w:t>
      </w:r>
    </w:p>
    <w:p>
      <w:r>
        <w:rPr>
          <w:b w:val="0"/>
          <w:sz w:val="20"/>
        </w:rPr>
        <w:t>Nome completo: 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Cargo/Função: ________________________________________________________</w:t>
      </w:r>
    </w:p>
    <w:p>
      <w:r>
        <w:rPr>
          <w:b w:val="0"/>
          <w:sz w:val="20"/>
        </w:rPr>
        <w:t>Setor/Departamento: __________________________________________________</w:t>
      </w:r>
    </w:p>
    <w:p>
      <w:r>
        <w:rPr>
          <w:b w:val="0"/>
          <w:sz w:val="20"/>
        </w:rPr>
        <w:t>Matrícula: _____________________________________________________________</w:t>
      </w:r>
    </w:p>
    <w:p/>
    <w:p/>
    <w:p>
      <w:r>
        <w:rPr>
          <w:b/>
          <w:sz w:val="20"/>
        </w:rPr>
        <w:t>EMPREGADOR:</w:t>
      </w:r>
    </w:p>
    <w:p>
      <w:r>
        <w:rPr>
          <w:b w:val="0"/>
          <w:sz w:val="20"/>
        </w:rPr>
        <w:t>Razão Social: 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MÊS/ANO: _______________ / 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08"/>
        <w:gridCol w:w="1108"/>
        <w:gridCol w:w="1108"/>
        <w:gridCol w:w="1108"/>
        <w:gridCol w:w="1108"/>
        <w:gridCol w:w="1108"/>
        <w:gridCol w:w="1108"/>
        <w:gridCol w:w="1108"/>
        <w:gridCol w:w="1108"/>
      </w:tblGrid>
      <w:tr>
        <w:tc>
          <w:tcPr>
            <w:tcW w:type="dxa" w:w="1108"/>
          </w:tcPr>
          <w:p>
            <w:pPr>
              <w:jc w:val="center"/>
            </w:pPr>
            <w:r>
              <w:rPr>
                <w:b/>
                <w:sz w:val="20"/>
              </w:rPr>
              <w:t>Dia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b/>
                <w:sz w:val="20"/>
              </w:rPr>
              <w:t>Entrada 1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b/>
                <w:sz w:val="20"/>
              </w:rPr>
              <w:t>Saída 1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b/>
                <w:sz w:val="20"/>
              </w:rPr>
              <w:t>Entrada 2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b/>
                <w:sz w:val="20"/>
              </w:rPr>
              <w:t>Saída 2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b/>
                <w:sz w:val="20"/>
              </w:rPr>
              <w:t>Entrada 3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b/>
                <w:sz w:val="20"/>
              </w:rPr>
              <w:t>Saída 3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b/>
                <w:sz w:val="20"/>
              </w:rPr>
              <w:t>Total Horas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b/>
                <w:sz w:val="20"/>
              </w:rPr>
              <w:t>Observações</w:t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22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23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24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26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27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28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29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10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</w:tbl>
    <w:p/>
    <w:p>
      <w:r>
        <w:rPr>
          <w:b/>
          <w:sz w:val="20"/>
        </w:rPr>
        <w:t>INSTRUÇÕES PARA PREENCHIMENTO:</w:t>
      </w:r>
    </w:p>
    <w:p>
      <w:r>
        <w:rPr>
          <w:b w:val="0"/>
          <w:sz w:val="20"/>
        </w:rPr>
        <w:t>1. Registrar os horários de entrada e saída com precisão, respeitando os intervalos legais.</w:t>
      </w:r>
    </w:p>
    <w:p>
      <w:r>
        <w:rPr>
          <w:b w:val="0"/>
          <w:sz w:val="20"/>
        </w:rPr>
        <w:t>2. Total de horas diárias deve corresponder à soma dos períodos trabalhados.</w:t>
      </w:r>
    </w:p>
    <w:p>
      <w:r>
        <w:rPr>
          <w:b w:val="0"/>
          <w:sz w:val="20"/>
        </w:rPr>
        <w:t>3. Observações devem conter justificativas para eventuais ausências, atrasos ou faltas.</w:t>
      </w:r>
    </w:p>
    <w:p>
      <w:r>
        <w:rPr>
          <w:b w:val="0"/>
          <w:sz w:val="20"/>
        </w:rPr>
        <w:t>4. Esta folha de ponto é documento oficial para controle de jornada conforme a CLT e normas vigentes.</w:t>
      </w:r>
    </w:p>
    <w:p/>
    <w:p>
      <w:r>
        <w:rPr>
          <w:b/>
          <w:sz w:val="20"/>
        </w:rPr>
        <w:t>DECLARAÇÃO:</w:t>
      </w:r>
    </w:p>
    <w:p>
      <w:r>
        <w:rPr>
          <w:b w:val="0"/>
          <w:sz w:val="20"/>
        </w:rPr>
        <w:t>Declaro que as informações constantes nesta folha de ponto são verdadeiras e refletem fielmente minha jornada de trabalho no período.</w:t>
      </w:r>
    </w:p>
    <w:p/>
    <w:p/>
    <w:p>
      <w:r>
        <w:rPr>
          <w:b w:val="0"/>
          <w:sz w:val="20"/>
        </w:rPr>
        <w:t>Local: _______________________________________</w:t>
      </w:r>
    </w:p>
    <w:p>
      <w:r>
        <w:rPr>
          <w:b w:val="0"/>
          <w:sz w:val="20"/>
        </w:rPr>
        <w:t>Data: ____ / ____ / ______</w:t>
      </w:r>
    </w:p>
    <w:p/>
    <w:p/>
    <w:p>
      <w:r>
        <w:rPr>
          <w:b w:val="0"/>
          <w:sz w:val="20"/>
        </w:rPr>
        <w:t>Assinatura do Empregado: ____________________________________________</w:t>
      </w:r>
    </w:p>
    <w:p/>
    <w:p>
      <w:r>
        <w:rPr>
          <w:b w:val="0"/>
          <w:sz w:val="20"/>
        </w:rPr>
        <w:t>Assinatura do Empregador/Representante: _______________________________</w:t>
      </w:r>
    </w:p>
    <w:p/>
    <w:p>
      <w:r>
        <w:rPr>
          <w:b/>
          <w:sz w:val="20"/>
        </w:rPr>
        <w:t>OBSERVAÇÃO JURÍDICA:</w:t>
      </w:r>
    </w:p>
    <w:p>
      <w:r>
        <w:rPr>
          <w:b w:val="0"/>
          <w:sz w:val="20"/>
        </w:rPr>
        <w:t>Esta folha de ponto deve ser mantida pelo empregador pelo prazo mínimo de 5 (cinco) anos, conforme previsto na legislação trabalhista brasileira.</w:t>
      </w:r>
    </w:p>
    <w:p>
      <w:r>
        <w:rPr>
          <w:b w:val="0"/>
          <w:sz w:val="20"/>
        </w:rPr>
        <w:t>O correto controle da jornada de trabalho é fundamental para a garantia dos direitos do trabalhador e para a conformidade legal da empresa.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https://documentos-jus.com/folha-de-ponto/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folha-de-pont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