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TERMO DE ENTREGA DE CHAVES</w:t>
      </w:r>
    </w:p>
    <w:p/>
    <w:p/>
    <w:p>
      <w:r>
        <w:rPr>
          <w:b w:val="0"/>
          <w:sz w:val="22"/>
        </w:rPr>
        <w:t>Pelo presente instrumento particular, as partes abaixo qualificadas:</w:t>
      </w:r>
    </w:p>
    <w:p/>
    <w:p>
      <w:r>
        <w:rPr>
          <w:b/>
          <w:sz w:val="22"/>
        </w:rPr>
        <w:t>LOCADOR:</w:t>
      </w:r>
    </w:p>
    <w:p>
      <w:r>
        <w:rPr>
          <w:b w:val="0"/>
          <w:sz w:val="22"/>
        </w:rPr>
        <w:t>Nome: 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</w:t>
      </w:r>
    </w:p>
    <w:p>
      <w:r>
        <w:rPr>
          <w:b w:val="0"/>
          <w:sz w:val="22"/>
        </w:rPr>
        <w:t>Estado Civil: ______________________________________________________</w:t>
      </w:r>
    </w:p>
    <w:p>
      <w:r>
        <w:rPr>
          <w:b w:val="0"/>
          <w:sz w:val="22"/>
        </w:rPr>
        <w:t>CPF: 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</w:t>
      </w:r>
    </w:p>
    <w:p/>
    <w:p>
      <w:r>
        <w:rPr>
          <w:b/>
          <w:sz w:val="22"/>
        </w:rPr>
        <w:t>LOCATÁRIO:</w:t>
      </w:r>
    </w:p>
    <w:p>
      <w:r>
        <w:rPr>
          <w:b w:val="0"/>
          <w:sz w:val="22"/>
        </w:rPr>
        <w:t>Nome: 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</w:t>
      </w:r>
    </w:p>
    <w:p>
      <w:r>
        <w:rPr>
          <w:b w:val="0"/>
          <w:sz w:val="22"/>
        </w:rPr>
        <w:t>Estado Civil: ______________________________________________________</w:t>
      </w:r>
    </w:p>
    <w:p>
      <w:r>
        <w:rPr>
          <w:b w:val="0"/>
          <w:sz w:val="22"/>
        </w:rPr>
        <w:t>CPF: 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</w:t>
      </w:r>
    </w:p>
    <w:p/>
    <w:p/>
    <w:p>
      <w:r>
        <w:rPr>
          <w:b w:val="0"/>
          <w:sz w:val="22"/>
        </w:rPr>
        <w:t>Considerando que o LOCATÁRIO ocupava o imóvel objeto do Contrato de Locação residencial/comercial nº ____________, localizado na seguinte endereço:</w:t>
      </w:r>
    </w:p>
    <w:p/>
    <w:p>
      <w:r>
        <w:rPr>
          <w:b/>
          <w:sz w:val="22"/>
        </w:rPr>
        <w:t>Endereço do imóvel locado:</w:t>
      </w:r>
    </w:p>
    <w:p>
      <w:r>
        <w:rPr>
          <w:b w:val="0"/>
          <w:sz w:val="22"/>
        </w:rPr>
        <w:t>Rua/Avenida: _______________________________________________________</w:t>
      </w:r>
    </w:p>
    <w:p>
      <w:r>
        <w:rPr>
          <w:b w:val="0"/>
          <w:sz w:val="22"/>
        </w:rPr>
        <w:t>Número: __________ Bairro: _________________________________________</w:t>
      </w:r>
    </w:p>
    <w:p>
      <w:r>
        <w:rPr>
          <w:b w:val="0"/>
          <w:sz w:val="22"/>
        </w:rPr>
        <w:t>Cidade: ___________________________ Estado: _______________________</w:t>
      </w:r>
    </w:p>
    <w:p>
      <w:r>
        <w:rPr>
          <w:b w:val="0"/>
          <w:sz w:val="22"/>
        </w:rPr>
        <w:t>CEP: ______________________________________________________________</w:t>
      </w:r>
    </w:p>
    <w:p/>
    <w:p>
      <w:r>
        <w:rPr>
          <w:b w:val="0"/>
          <w:sz w:val="22"/>
        </w:rPr>
        <w:t>As partes declaram que o LOCATÁRIO realiza a entrega das chaves do imóvel acima descrito, em perfeitas condições de uso e conservação, ressalvadas as deteriorações naturais pelo uso regular, conforme vistoria realizada e anexa a este termo.</w:t>
      </w:r>
    </w:p>
    <w:p/>
    <w:p/>
    <w:p>
      <w:r>
        <w:rPr>
          <w:b/>
          <w:sz w:val="22"/>
        </w:rPr>
        <w:t>DECLARAÇÕES:</w:t>
      </w:r>
    </w:p>
    <w:p>
      <w:r>
        <w:rPr>
          <w:b w:val="0"/>
          <w:sz w:val="22"/>
        </w:rPr>
        <w:t>1. O LOCATÁRIO declara que desocupou o imóvel, não possuindo mais nenhum bem ou pertence dentro do mesmo;</w:t>
      </w:r>
    </w:p>
    <w:p>
      <w:r>
        <w:rPr>
          <w:b w:val="0"/>
          <w:sz w:val="22"/>
        </w:rPr>
        <w:t>2. O LOCADOR declara que recebeu as chaves do imóvel, dando plena e total quitação ao LOCATÁRIO quanto ao término da posse e uso do imóvel;</w:t>
      </w:r>
    </w:p>
    <w:p>
      <w:r>
        <w:rPr>
          <w:b w:val="0"/>
          <w:sz w:val="22"/>
        </w:rPr>
        <w:t>3. As partes reconhecem que nada mais têm a reclamar uma da outra, seja a título de alugueres, encargos, multas ou quaisquer outras despesas relativas ao contrato de locação e ao imóvel;</w:t>
      </w:r>
    </w:p>
    <w:p/>
    <w:p>
      <w:r>
        <w:rPr>
          <w:b/>
          <w:sz w:val="22"/>
        </w:rPr>
        <w:t>CLÁUSULAS ADICIONAIS: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 w:val="0"/>
          <w:sz w:val="22"/>
        </w:rPr>
        <w:t>Local: ________________________________________________</w:t>
      </w:r>
    </w:p>
    <w:p/>
    <w:p>
      <w:r>
        <w:rPr>
          <w:b w:val="0"/>
          <w:sz w:val="22"/>
        </w:rPr>
        <w:t>Data: ____ / ____ / ______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</w:t>
      </w:r>
    </w:p>
    <w:p>
      <w:pPr>
        <w:jc w:val="center"/>
      </w:pPr>
      <w:r>
        <w:rPr>
          <w:b w:val="0"/>
          <w:sz w:val="22"/>
        </w:rPr>
        <w:t>LOCATÁRIO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</w:t>
      </w:r>
    </w:p>
    <w:p>
      <w:pPr>
        <w:jc w:val="center"/>
      </w:pPr>
      <w:r>
        <w:rPr>
          <w:b w:val="0"/>
          <w:sz w:val="22"/>
        </w:rPr>
        <w:t>LOCADOR</w:t>
      </w:r>
    </w:p>
    <w:p/>
    <w:p/>
    <w:p/>
    <w:p>
      <w:r>
        <w:rPr>
          <w:b/>
          <w:sz w:val="22"/>
        </w:rPr>
        <w:t>Testemunhas:</w:t>
      </w:r>
    </w:p>
    <w:p>
      <w:r>
        <w:rPr>
          <w:b w:val="0"/>
          <w:sz w:val="22"/>
        </w:rPr>
        <w:t>1) Nome: ______________________________________________________________</w:t>
      </w:r>
    </w:p>
    <w:p>
      <w:r>
        <w:rPr>
          <w:b w:val="0"/>
          <w:sz w:val="22"/>
        </w:rPr>
        <w:t xml:space="preserve">   CPF: _______________________________________________________________</w:t>
      </w:r>
    </w:p>
    <w:p>
      <w:r>
        <w:rPr>
          <w:b w:val="0"/>
          <w:sz w:val="22"/>
        </w:rPr>
        <w:t xml:space="preserve">   Assinatura: ____________________________________________</w:t>
      </w:r>
    </w:p>
    <w:p/>
    <w:p>
      <w:r>
        <w:rPr>
          <w:b w:val="0"/>
          <w:sz w:val="22"/>
        </w:rPr>
        <w:t>2) Nome: ______________________________________________________________</w:t>
      </w:r>
    </w:p>
    <w:p>
      <w:r>
        <w:rPr>
          <w:b w:val="0"/>
          <w:sz w:val="22"/>
        </w:rPr>
        <w:t xml:space="preserve">   CPF: _______________________________________________________________</w:t>
      </w:r>
    </w:p>
    <w:p>
      <w:r>
        <w:rPr>
          <w:b w:val="0"/>
          <w:sz w:val="22"/>
        </w:rPr>
        <w:t xml:space="preserve">   Assinatura: 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https://documentos-jus.com/entrega-de-chaves/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entrega-de-chaves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