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RESIDÊNCIA PARA INQUILINO</w:t>
      </w:r>
    </w:p>
    <w:p/>
    <w:p/>
    <w:p>
      <w:r>
        <w:rPr>
          <w:b w:val="0"/>
          <w:sz w:val="22"/>
        </w:rPr>
        <w:t>Eu, ____________________________________________, brasileiro(a), portador(a) do RG nº ___________________________ e CPF nº ___________________________,</w:t>
      </w:r>
    </w:p>
    <w:p>
      <w:r>
        <w:rPr>
          <w:b w:val="0"/>
          <w:sz w:val="22"/>
        </w:rPr>
        <w:t>locador(a) do imóvel situado na Rua/Av.: ______________________________________________________, nº ________________,</w:t>
      </w:r>
    </w:p>
    <w:p>
      <w:r>
        <w:rPr>
          <w:b w:val="0"/>
          <w:sz w:val="22"/>
        </w:rPr>
        <w:t>bairro ____________________________, cidade ____________________________, estado __________, CEP ________________,</w:t>
      </w:r>
    </w:p>
    <w:p>
      <w:r>
        <w:rPr>
          <w:b w:val="0"/>
          <w:sz w:val="22"/>
        </w:rPr>
        <w:t>declaro para os devidos fins que o(a) Sr.(a) ____________________________________________, brasileiro(a), portador(a) do RG nº ___________________________ e CPF nº ___________________________,</w:t>
      </w:r>
    </w:p>
    <w:p>
      <w:r>
        <w:rPr>
          <w:b w:val="0"/>
          <w:sz w:val="22"/>
        </w:rPr>
        <w:t>é meu( minha) inquilino(a) e reside no imóvel acima referido desde ____________________________.</w:t>
      </w:r>
    </w:p>
    <w:p/>
    <w:p>
      <w:r>
        <w:rPr>
          <w:b w:val="0"/>
          <w:sz w:val="22"/>
        </w:rPr>
        <w:t>Declaro, sob as penas da lei, que as informações prestadas são verdadeiras e que o referido imóvel é utilizado exclusivamente para fins residenciais pelo(a) inquilino(a).</w:t>
      </w:r>
    </w:p>
    <w:p/>
    <w:p>
      <w:r>
        <w:rPr>
          <w:b w:val="0"/>
          <w:sz w:val="22"/>
        </w:rPr>
        <w:t>Esta declaração é emitida para fins de comprovação de residência junto a órgãos públicos, instituições financeiras, empresas de serviços e demais entidades que a solicitarem.</w:t>
      </w:r>
    </w:p>
    <w:p/>
    <w:p>
      <w:r>
        <w:rPr>
          <w:b w:val="0"/>
          <w:sz w:val="22"/>
        </w:rPr>
        <w:t>Sem mais,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Assinatura do(a) Locador(a)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Nome completo do(a) Locador(a)</w:t>
      </w:r>
    </w:p>
    <w:p/>
    <w:p>
      <w:r>
        <w:rPr>
          <w:b w:val="0"/>
          <w:sz w:val="22"/>
        </w:rPr>
        <w:t>Contato: __________________________________________________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Assinatura do(a) Inquilino(a)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Nome completo do(a) Inquilino(a)</w:t>
      </w:r>
    </w:p>
    <w:p/>
    <w:p>
      <w:r>
        <w:rPr>
          <w:b w:val="0"/>
          <w:sz w:val="22"/>
        </w:rPr>
        <w:t>Contato: __________________________________________________</w:t>
      </w:r>
    </w:p>
    <w:p/>
    <w:p>
      <w:r>
        <w:rPr>
          <w:b w:val="0"/>
          <w:sz w:val="22"/>
        </w:rPr>
        <w:t>__________________________________________________________</w:t>
      </w:r>
    </w:p>
    <w:p>
      <w:r>
        <w:rPr>
          <w:b w:val="0"/>
          <w:sz w:val="22"/>
        </w:rPr>
        <w:t>Reconhecimento de firma (recomendado)</w:t>
      </w:r>
    </w:p>
    <w:p/>
    <w:p>
      <w:r>
        <w:rPr>
          <w:b w:val="0"/>
          <w:sz w:val="22"/>
        </w:rPr>
        <w:t>___________________________________________</w:t>
      </w:r>
    </w:p>
    <w:p>
      <w:r>
        <w:rPr>
          <w:b w:val="0"/>
          <w:sz w:val="22"/>
        </w:rPr>
        <w:t>Local para selo ou carimbo do cartório</w:t>
      </w:r>
    </w:p>
    <w:p/>
    <w:p>
      <w:r>
        <w:rPr>
          <w:b w:val="0"/>
          <w:sz w:val="22"/>
        </w:rPr>
        <w:t>Observação: Recomenda-se que esta declaração seja assinada na presença de um tabelião para reconhecimento de firma, garantindo maior validade jurídica ao documento.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https://documentos-jus.com/declaracao-de-residencia-para-inquilino/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declaracao-de-residencia-para-inquilin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