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FOTOGRÁFICOS</w:t>
      </w:r>
    </w:p>
    <w:p/>
    <w:p>
      <w:r>
        <w:rPr>
          <w:b/>
          <w:sz w:val="20"/>
        </w:rPr>
        <w:t>Pelo presente instrumento particular de contrato de prestação de serviços fotográficos, de um lado:</w:t>
      </w:r>
    </w:p>
    <w:p/>
    <w:p>
      <w:r>
        <w:rPr>
          <w:b w:val="0"/>
          <w:sz w:val="20"/>
        </w:rPr>
        <w:t>CONTRATANTE: 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0"/>
        </w:rPr>
        <w:t>E, de outro lado:</w:t>
      </w:r>
    </w:p>
    <w:p/>
    <w:p>
      <w:r>
        <w:rPr>
          <w:b w:val="0"/>
          <w:sz w:val="20"/>
        </w:rPr>
        <w:t>CONTRATADO (Fotógrafo): 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1 – DO OBJETO</w:t>
      </w:r>
    </w:p>
    <w:p>
      <w:r>
        <w:rPr>
          <w:b w:val="0"/>
          <w:sz w:val="20"/>
        </w:rPr>
        <w:t>1.1. O presente contrato tem por objeto a prestação de serviços fotográficos pelo CONTRATADO ao CONTRATANTE, conforme descrito a seguir:</w:t>
      </w:r>
    </w:p>
    <w:p>
      <w:r>
        <w:rPr>
          <w:b w:val="0"/>
          <w:sz w:val="20"/>
        </w:rPr>
        <w:t>a) Tipo de evento/serviço: _________________________________________________</w:t>
      </w:r>
    </w:p>
    <w:p>
      <w:r>
        <w:rPr>
          <w:b w:val="0"/>
          <w:sz w:val="20"/>
        </w:rPr>
        <w:t>b) Data(s) do evento: ______________________________________________________</w:t>
      </w:r>
    </w:p>
    <w:p>
      <w:r>
        <w:rPr>
          <w:b w:val="0"/>
          <w:sz w:val="20"/>
        </w:rPr>
        <w:t>c) Local do evento: ________________________________________________________</w:t>
      </w:r>
    </w:p>
    <w:p>
      <w:r>
        <w:rPr>
          <w:b w:val="0"/>
          <w:sz w:val="20"/>
        </w:rPr>
        <w:t>d) Duração estimada dos serviços: ___________________________________________</w:t>
      </w:r>
    </w:p>
    <w:p/>
    <w:p>
      <w:pPr>
        <w:jc w:val="left"/>
      </w:pPr>
      <w:r>
        <w:rPr>
          <w:b/>
          <w:sz w:val="22"/>
        </w:rPr>
        <w:t>CLÁUSULA 2 – DAS OBRIGAÇÕES DO CONTRATADO</w:t>
      </w:r>
    </w:p>
    <w:p>
      <w:r>
        <w:rPr>
          <w:b w:val="0"/>
          <w:sz w:val="20"/>
        </w:rPr>
        <w:t>2.1. São obrigações do CONTRATADO:</w:t>
      </w:r>
    </w:p>
    <w:p>
      <w:r>
        <w:rPr>
          <w:b w:val="0"/>
          <w:sz w:val="20"/>
        </w:rPr>
        <w:t>a) Comparecer ao local do evento na data e horário acordados;</w:t>
      </w:r>
    </w:p>
    <w:p>
      <w:r>
        <w:rPr>
          <w:b w:val="0"/>
          <w:sz w:val="20"/>
        </w:rPr>
        <w:t>b) Realizar os serviços fotográficos com profissionalismo, diligência e qualidade;</w:t>
      </w:r>
    </w:p>
    <w:p>
      <w:r>
        <w:rPr>
          <w:b w:val="0"/>
          <w:sz w:val="20"/>
        </w:rPr>
        <w:t>c) Entregar as fotografias em formato digital, editadas conforme acordado;</w:t>
      </w:r>
    </w:p>
    <w:p>
      <w:r>
        <w:rPr>
          <w:b w:val="0"/>
          <w:sz w:val="20"/>
        </w:rPr>
        <w:t>d) Respeitar a privacidade e regras do evento;</w:t>
      </w:r>
    </w:p>
    <w:p>
      <w:r>
        <w:rPr>
          <w:b w:val="0"/>
          <w:sz w:val="20"/>
        </w:rPr>
        <w:t>e) Fornecer ao CONTRATANTE as imagens entregues em mídia digital ou link para download;</w:t>
      </w:r>
    </w:p>
    <w:p/>
    <w:p>
      <w:pPr>
        <w:jc w:val="left"/>
      </w:pPr>
      <w:r>
        <w:rPr>
          <w:b/>
          <w:sz w:val="22"/>
        </w:rPr>
        <w:t>CLÁUSULA 3 – DAS OBRIGAÇÕES DO CONTRATANTE</w:t>
      </w:r>
    </w:p>
    <w:p>
      <w:r>
        <w:rPr>
          <w:b w:val="0"/>
          <w:sz w:val="20"/>
        </w:rPr>
        <w:t>3.1. São obrigações do CONTRATANTE:</w:t>
      </w:r>
    </w:p>
    <w:p>
      <w:r>
        <w:rPr>
          <w:b w:val="0"/>
          <w:sz w:val="20"/>
        </w:rPr>
        <w:t>a) Fornecer todas as informações necessárias para a execução dos serviços;</w:t>
      </w:r>
    </w:p>
    <w:p>
      <w:r>
        <w:rPr>
          <w:b w:val="0"/>
          <w:sz w:val="20"/>
        </w:rPr>
        <w:t>b) Disponibilizar o acesso ao local do evento;</w:t>
      </w:r>
    </w:p>
    <w:p>
      <w:r>
        <w:rPr>
          <w:b w:val="0"/>
          <w:sz w:val="20"/>
        </w:rPr>
        <w:t>c) Efetuar o pagamento conforme cláusula 4;</w:t>
      </w:r>
    </w:p>
    <w:p>
      <w:r>
        <w:rPr>
          <w:b w:val="0"/>
          <w:sz w:val="20"/>
        </w:rPr>
        <w:t>d) Respeitar os direitos autorais do CONTRATADO;</w:t>
      </w:r>
    </w:p>
    <w:p/>
    <w:p>
      <w:pPr>
        <w:jc w:val="left"/>
      </w:pPr>
      <w:r>
        <w:rPr>
          <w:b/>
          <w:sz w:val="22"/>
        </w:rPr>
        <w:t>CLÁUSULA 4 – DO PREÇO E FORMA DE PAGAMENTO</w:t>
      </w:r>
    </w:p>
    <w:p>
      <w:r>
        <w:rPr>
          <w:b w:val="0"/>
          <w:sz w:val="20"/>
        </w:rPr>
        <w:t>4.1. Pelo serviço descrito na Cláusula 1, o CONTRATANTE pagará ao CONTRATADO o valor de R$ ____________ (______________________________),</w:t>
      </w:r>
    </w:p>
    <w:p>
      <w:r>
        <w:rPr>
          <w:b w:val="0"/>
          <w:sz w:val="20"/>
        </w:rPr>
        <w:t>4.2. O pagamento será efetuado da seguinte forma:</w:t>
      </w:r>
    </w:p>
    <w:p>
      <w:r>
        <w:rPr>
          <w:b w:val="0"/>
          <w:sz w:val="20"/>
        </w:rPr>
        <w:t>a) Sinal de R$ ____________ na assinatura deste contrato;</w:t>
      </w:r>
    </w:p>
    <w:p>
      <w:r>
        <w:rPr>
          <w:b w:val="0"/>
          <w:sz w:val="20"/>
        </w:rPr>
        <w:t>b) Saldo restante de R$ ____________ até a data da entrega das fotografias;</w:t>
      </w:r>
    </w:p>
    <w:p/>
    <w:p>
      <w:pPr>
        <w:jc w:val="left"/>
      </w:pPr>
      <w:r>
        <w:rPr>
          <w:b/>
          <w:sz w:val="22"/>
        </w:rPr>
        <w:t>CLÁUSULA 5 – DOS PRAZOS</w:t>
      </w:r>
    </w:p>
    <w:p>
      <w:r>
        <w:rPr>
          <w:b w:val="0"/>
          <w:sz w:val="20"/>
        </w:rPr>
        <w:t>5.1. O CONTRATADO entregará as fotografias editadas no prazo máximo de __________ dias após a realização do evento.</w:t>
      </w:r>
    </w:p>
    <w:p/>
    <w:p>
      <w:pPr>
        <w:jc w:val="left"/>
      </w:pPr>
      <w:r>
        <w:rPr>
          <w:b/>
          <w:sz w:val="22"/>
        </w:rPr>
        <w:t>CLÁUSULA 6 – DOS DIREITOS AUTORAIS E USO DAS IMAGENS</w:t>
      </w:r>
    </w:p>
    <w:p>
      <w:r>
        <w:rPr>
          <w:b w:val="0"/>
          <w:sz w:val="20"/>
        </w:rPr>
        <w:t>6.1. O CONTRATADO detém os direitos autorais sobre as fotografias produzidas, nos termos da Lei nº 9.610/98 (Lei de Direitos Autorais).</w:t>
      </w:r>
    </w:p>
    <w:p>
      <w:r>
        <w:rPr>
          <w:b w:val="0"/>
          <w:sz w:val="20"/>
        </w:rPr>
        <w:t>6.2. O CONTRATANTE poderá utilizar as imagens para uso pessoal e não comercial, sendo vedada a reprodução, edição, publicação ou comercialização sem autorização prévia e por escrito do CONTRATADO.</w:t>
      </w:r>
    </w:p>
    <w:p>
      <w:r>
        <w:rPr>
          <w:b w:val="0"/>
          <w:sz w:val="20"/>
        </w:rPr>
        <w:t>6.3. O CONTRATADO poderá utilizar as imagens para divulgação do seu trabalho, salvo manifestação contrária expressa e por escrito do CONTRATANTE.</w:t>
      </w:r>
    </w:p>
    <w:p/>
    <w:p>
      <w:pPr>
        <w:jc w:val="left"/>
      </w:pPr>
      <w:r>
        <w:rPr>
          <w:b/>
          <w:sz w:val="22"/>
        </w:rPr>
        <w:t>CLÁUSULA 7 – DO CANCELAMENTO E REAGENDAMENTO</w:t>
      </w:r>
    </w:p>
    <w:p>
      <w:r>
        <w:rPr>
          <w:b w:val="0"/>
          <w:sz w:val="20"/>
        </w:rPr>
        <w:t>7.1. Em caso de cancelamento pelo CONTRATANTE com antecedência inferior a __________ dias da data do evento, o sinal pago não será devolvido.</w:t>
      </w:r>
    </w:p>
    <w:p>
      <w:r>
        <w:rPr>
          <w:b w:val="0"/>
          <w:sz w:val="20"/>
        </w:rPr>
        <w:t>7.2. Reagendamentos deverão ser comunicados com antecedência mínima de __________ dias, ficando sujeitos à disponibilidade do CONTRATADO.</w:t>
      </w:r>
    </w:p>
    <w:p/>
    <w:p>
      <w:pPr>
        <w:jc w:val="left"/>
      </w:pPr>
      <w:r>
        <w:rPr>
          <w:b/>
          <w:sz w:val="22"/>
        </w:rPr>
        <w:t>CLÁUSULA 8 – DAS RESPONSABILIDADES</w:t>
      </w:r>
    </w:p>
    <w:p>
      <w:r>
        <w:rPr>
          <w:b w:val="0"/>
          <w:sz w:val="20"/>
        </w:rPr>
        <w:t>8.1. O CONTRATADO não se responsabiliza por falhas técnicas ou imprevistos que estejam fora do seu controle, tais como problemas de energia, condições climáticas adversas ou interferências no local do evento.</w:t>
      </w:r>
    </w:p>
    <w:p>
      <w:r>
        <w:rPr>
          <w:b w:val="0"/>
          <w:sz w:val="20"/>
        </w:rPr>
        <w:t>8.2. O CONTRATANTE é responsável por fornecer todas as informações corretas e acesso ao local para a realização do trabalho.</w:t>
      </w:r>
    </w:p>
    <w:p/>
    <w:p>
      <w:pPr>
        <w:jc w:val="left"/>
      </w:pPr>
      <w:r>
        <w:rPr>
          <w:b/>
          <w:sz w:val="22"/>
        </w:rPr>
        <w:t>CLÁUSULA 9 – DO FORO</w:t>
      </w:r>
    </w:p>
    <w:p>
      <w:r>
        <w:rPr>
          <w:b w:val="0"/>
          <w:sz w:val="20"/>
        </w:rPr>
        <w:t>9.1. Para dirimir quaisquer dúvidas ou controvérsias oriundas deste contrato, as partes elegem o foro da Comarca de ____________________, Estado de ____________, renunciando a qualquer outro, por mais privilegiado que seja.</w:t>
      </w:r>
    </w:p>
    <w:p/>
    <w:p/>
    <w:p>
      <w:pPr>
        <w:jc w:val="center"/>
      </w:pPr>
      <w:r>
        <w:rPr>
          <w:b w:val="0"/>
          <w:sz w:val="20"/>
        </w:rPr>
        <w:t>E por estarem assim justas e contratadas, firmam o presente instrumento em duas vias de igual teor e forma.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CONTRATANTE</w:t>
              <w:br/>
              <w:br/>
              <w:t>__________________________________________</w:t>
              <w:br/>
              <w:t>Nome e Assinatura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CONTRATADO</w:t>
              <w:br/>
              <w:br/>
              <w:t>__________________________________________</w:t>
              <w:br/>
              <w:t>Nome e Assinatura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CPF/CNPJ: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CPF/CNPJ: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https://documentos-jus.com/contrato-fotografia/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ontrato-fotografi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