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INDIVIDUAL DE TRABALHO HOME OFFICE</w:t>
      </w:r>
    </w:p>
    <w:p/>
    <w:p/>
    <w:p>
      <w:r>
        <w:rPr>
          <w:b/>
          <w:i w:val="0"/>
          <w:sz w:val="20"/>
        </w:rPr>
        <w:t>Pelo presente instrumento particular,</w:t>
      </w:r>
    </w:p>
    <w:p>
      <w:r>
        <w:rPr>
          <w:b w:val="0"/>
          <w:i w:val="0"/>
          <w:sz w:val="20"/>
        </w:rPr>
        <w:t>de um lado,</w:t>
      </w:r>
    </w:p>
    <w:p>
      <w:r>
        <w:rPr>
          <w:b w:val="0"/>
          <w:i/>
          <w:sz w:val="20"/>
        </w:rPr>
        <w:t>EMPREGADOR: ___________________________________________________________, pessoa jurídica de direito privado, inscrita no CNPJ sob nº ____________________, com sede à ____________________________________________________________, neste ato representada por seu representante legal abaixo assinado,</w:t>
      </w:r>
    </w:p>
    <w:p/>
    <w:p>
      <w:r>
        <w:rPr>
          <w:b w:val="0"/>
          <w:i w:val="0"/>
          <w:sz w:val="20"/>
        </w:rPr>
        <w:t>e, de outro lado,</w:t>
      </w:r>
    </w:p>
    <w:p>
      <w:r>
        <w:rPr>
          <w:b w:val="0"/>
          <w:i w:val="0"/>
          <w:sz w:val="20"/>
        </w:rPr>
        <w:t>EMPREGADO: _____________________________________________________________, brasileiro(a), portador(a) da Carteira de Trabalho nº ________________, série ______, CPF nº __________________, residente e domiciliado(a) à ________________________________________________________________,</w:t>
      </w:r>
    </w:p>
    <w:p/>
    <w:p>
      <w:r>
        <w:rPr>
          <w:b w:val="0"/>
          <w:i/>
          <w:sz w:val="20"/>
        </w:rPr>
        <w:t>têm entre si justo e contratado o presente Contrato Individual de Trabalho na modalidade Home Office, que se regerá pelas cláusulas e condições seguintes:</w:t>
      </w:r>
    </w:p>
    <w:p/>
    <w:p/>
    <w:p>
      <w:r>
        <w:rPr>
          <w:b/>
          <w:sz w:val="22"/>
        </w:rPr>
        <w:t>CLÁUSULA 1ª - OBJETO DO CONTRATO</w:t>
      </w:r>
    </w:p>
    <w:p>
      <w:r>
        <w:rPr>
          <w:b w:val="0"/>
          <w:i w:val="0"/>
          <w:sz w:val="20"/>
        </w:rPr>
        <w:t>O presente contrato tem por objeto a prestação de serviços pelo EMPREGADO ao EMPREGADOR, na modalidade de trabalho remoto (home office), exercendo a função de ________________________________, com as atribuições e responsabilidades inerentes ao cargo descrito.</w:t>
      </w:r>
    </w:p>
    <w:p/>
    <w:p>
      <w:r>
        <w:rPr>
          <w:b/>
          <w:sz w:val="22"/>
        </w:rPr>
        <w:t>CLÁUSULA 2ª - JORNADA DE TRABALHO</w:t>
      </w:r>
    </w:p>
    <w:p>
      <w:r>
        <w:rPr>
          <w:b w:val="0"/>
          <w:i w:val="0"/>
          <w:sz w:val="20"/>
        </w:rPr>
        <w:t>A jornada de trabalho será de _____ horas semanais, distribuídas de segunda a sexta-feira, das ____ às ____ horas, com os intervalos para descanso e alimentação previstos na legislação vigente.</w:t>
      </w:r>
    </w:p>
    <w:p>
      <w:r>
        <w:rPr>
          <w:b w:val="0"/>
          <w:i w:val="0"/>
          <w:sz w:val="20"/>
        </w:rPr>
        <w:t>O controle da jornada será realizado mediante ____________________________________________________________ (ex: sistema eletrônico, auto declaração, etc.).</w:t>
      </w:r>
    </w:p>
    <w:p/>
    <w:p>
      <w:r>
        <w:rPr>
          <w:b/>
          <w:sz w:val="22"/>
        </w:rPr>
        <w:t>CLÁUSULA 3ª - LOCAL DE TRABALHO</w:t>
      </w:r>
    </w:p>
    <w:p>
      <w:r>
        <w:rPr>
          <w:b w:val="0"/>
          <w:i w:val="0"/>
          <w:sz w:val="20"/>
        </w:rPr>
        <w:t>O EMPREGADO realizará suas atividades laborais em sua residência ou outro local previamente acordado entre as partes, responsabilizando-se por manter as condições adequadas de trabalho, segurança e ergonomia.</w:t>
      </w:r>
    </w:p>
    <w:p/>
    <w:p>
      <w:r>
        <w:rPr>
          <w:b/>
          <w:sz w:val="22"/>
        </w:rPr>
        <w:t>CLÁUSULA 4ª - EQUIPAMENTOS E MATERIAIS</w:t>
      </w:r>
    </w:p>
    <w:p>
      <w:r>
        <w:rPr>
          <w:b w:val="0"/>
          <w:i w:val="0"/>
          <w:sz w:val="20"/>
        </w:rPr>
        <w:t>O EMPREGADOR fornecerá os seguintes equipamentos e materiais necessários para a execução do trabalho remoto:</w:t>
      </w:r>
    </w:p>
    <w:p>
      <w:r>
        <w:rPr>
          <w:b w:val="0"/>
          <w:i/>
          <w:sz w:val="20"/>
        </w:rPr>
        <w:t>- __________________________________________________________________________</w:t>
      </w:r>
    </w:p>
    <w:p>
      <w:r>
        <w:rPr>
          <w:b w:val="0"/>
          <w:i/>
          <w:sz w:val="20"/>
        </w:rPr>
        <w:t>- __________________________________________________________________________</w:t>
      </w:r>
    </w:p>
    <w:p>
      <w:r>
        <w:rPr>
          <w:b w:val="0"/>
          <w:i w:val="0"/>
          <w:sz w:val="20"/>
        </w:rPr>
        <w:t>O EMPREGADO compromete-se a zelar pela conservação dos equipamentos fornecidos e a utilizá-los exclusivamente para fins profissionais, responsabilizando-se por eventuais danos decorrentes de uso inadequado.</w:t>
      </w:r>
    </w:p>
    <w:p/>
    <w:p>
      <w:r>
        <w:rPr>
          <w:b/>
          <w:sz w:val="22"/>
        </w:rPr>
        <w:t>CLÁUSULA 5ª - COMUNICAÇÃO</w:t>
      </w:r>
    </w:p>
    <w:p>
      <w:r>
        <w:rPr>
          <w:b w:val="0"/>
          <w:i w:val="0"/>
          <w:sz w:val="20"/>
        </w:rPr>
        <w:t>As partes comprometem-se a manter comunicação eficiente e constante durante a vigência deste contrato, utilizando os meios eletrônicos acordados, tais como e-mail, telefone, aplicativos de mensagens e plataformas digitais.</w:t>
      </w:r>
    </w:p>
    <w:p/>
    <w:p>
      <w:r>
        <w:rPr>
          <w:b/>
          <w:sz w:val="22"/>
        </w:rPr>
        <w:t>CLÁUSULA 6ª - SEGURANÇA DA INFORMAÇÃO</w:t>
      </w:r>
    </w:p>
    <w:p>
      <w:r>
        <w:rPr>
          <w:b w:val="0"/>
          <w:i w:val="0"/>
          <w:sz w:val="20"/>
        </w:rPr>
        <w:t>O EMPREGADO compromete-se a observar todas as políticas internas de segurança da informação do EMPREGADOR, mantendo sigilo absoluto sobre dados, documentos, informações confidenciais e estratégicas, sob pena de responsabilidade civil e penal.</w:t>
      </w:r>
    </w:p>
    <w:p/>
    <w:p>
      <w:r>
        <w:rPr>
          <w:b/>
          <w:sz w:val="22"/>
        </w:rPr>
        <w:t>CLÁUSULA 7ª - REMUNERAÇÃO</w:t>
      </w:r>
    </w:p>
    <w:p>
      <w:r>
        <w:rPr>
          <w:b w:val="0"/>
          <w:i w:val="0"/>
          <w:sz w:val="20"/>
        </w:rPr>
        <w:t>O EMPREGADO receberá a título de salário a quantia mensal de R$ _____________________ (__________________________________________________), pagos até o ___ dia útil do mês subsequente ao trabalhado, mediante depósito em conta bancária.</w:t>
      </w:r>
    </w:p>
    <w:p/>
    <w:p>
      <w:r>
        <w:rPr>
          <w:b/>
          <w:sz w:val="22"/>
        </w:rPr>
        <w:t>CLÁUSULA 8ª - BENEFÍCIOS</w:t>
      </w:r>
    </w:p>
    <w:p>
      <w:r>
        <w:rPr>
          <w:b w:val="0"/>
          <w:i w:val="0"/>
          <w:sz w:val="20"/>
        </w:rPr>
        <w:t>Além da remuneração, o EMPREGADO fará jus aos seguintes benefícios:</w:t>
      </w:r>
    </w:p>
    <w:p>
      <w:r>
        <w:rPr>
          <w:b w:val="0"/>
          <w:i/>
          <w:sz w:val="20"/>
        </w:rPr>
        <w:t>- __________________________________________________________________________</w:t>
      </w:r>
    </w:p>
    <w:p>
      <w:r>
        <w:rPr>
          <w:b w:val="0"/>
          <w:i/>
          <w:sz w:val="20"/>
        </w:rPr>
        <w:t>- __________________________________________________________________________</w:t>
      </w:r>
    </w:p>
    <w:p/>
    <w:p>
      <w:r>
        <w:rPr>
          <w:b/>
          <w:sz w:val="22"/>
        </w:rPr>
        <w:t>CLÁUSULA 9ª - DESPESAS</w:t>
      </w:r>
    </w:p>
    <w:p>
      <w:r>
        <w:rPr>
          <w:b w:val="0"/>
          <w:i w:val="0"/>
          <w:sz w:val="20"/>
        </w:rPr>
        <w:t>As despesas com internet, energia elétrica, telefone e demais custos relacionados ao trabalho remoto serão de responsabilidade:</w:t>
      </w:r>
    </w:p>
    <w:p>
      <w:r>
        <w:rPr>
          <w:b w:val="0"/>
          <w:i/>
          <w:sz w:val="20"/>
        </w:rPr>
        <w:t>- ( ) do EMPREGADOR;</w:t>
      </w:r>
    </w:p>
    <w:p>
      <w:r>
        <w:rPr>
          <w:b w:val="0"/>
          <w:i/>
          <w:sz w:val="20"/>
        </w:rPr>
        <w:t>- ( ) do EMPREGADO;</w:t>
      </w:r>
    </w:p>
    <w:p>
      <w:r>
        <w:rPr>
          <w:b w:val="0"/>
          <w:i/>
          <w:sz w:val="20"/>
        </w:rPr>
        <w:t>- ( ) parcialmente por ambas as partes, conforme acordo específico.</w:t>
      </w:r>
    </w:p>
    <w:p/>
    <w:p>
      <w:r>
        <w:rPr>
          <w:b/>
          <w:sz w:val="22"/>
        </w:rPr>
        <w:t>CLÁUSULA 10ª - SAÚDE E SEGURANÇA DO TRABALHO</w:t>
      </w:r>
    </w:p>
    <w:p>
      <w:r>
        <w:rPr>
          <w:b w:val="0"/>
          <w:i w:val="0"/>
          <w:sz w:val="20"/>
        </w:rPr>
        <w:t>O EMPREGADO deve observar as normas de segurança, saúde e ergonomia aplicáveis ao trabalho remoto, responsabilizando-se por manter ambiente adequado para a execução das atividades.</w:t>
      </w:r>
    </w:p>
    <w:p>
      <w:r>
        <w:rPr>
          <w:b w:val="0"/>
          <w:i w:val="0"/>
          <w:sz w:val="20"/>
        </w:rPr>
        <w:t>O EMPREGADOR poderá realizar avaliações periódicas para verificar as condições de trabalho, respeitando a privacidade do EMPREGADO.</w:t>
      </w:r>
    </w:p>
    <w:p/>
    <w:p>
      <w:r>
        <w:rPr>
          <w:b/>
          <w:sz w:val="22"/>
        </w:rPr>
        <w:t>CLÁUSULA 11ª - VIGÊNCIA E RESCISÃO</w:t>
      </w:r>
    </w:p>
    <w:p>
      <w:r>
        <w:rPr>
          <w:b w:val="0"/>
          <w:i w:val="0"/>
          <w:sz w:val="20"/>
        </w:rPr>
        <w:t>O presente contrato tem início na data de sua assinatura e vigorará por prazo indeterminado.</w:t>
      </w:r>
    </w:p>
    <w:p>
      <w:r>
        <w:rPr>
          <w:b w:val="0"/>
          <w:i w:val="0"/>
          <w:sz w:val="20"/>
        </w:rPr>
        <w:t>A rescisão poderá ocorrer por iniciativa de qualquer das partes, mediante aviso prévio conforme legislação vigente, ou por justa causa, na forma da legislação trabalhista brasileira.</w:t>
      </w:r>
    </w:p>
    <w:p/>
    <w:p>
      <w:r>
        <w:rPr>
          <w:b/>
          <w:sz w:val="22"/>
        </w:rPr>
        <w:t>CLÁUSULA 12ª - DISPOSIÇÕES GERAIS</w:t>
      </w:r>
    </w:p>
    <w:p>
      <w:r>
        <w:rPr>
          <w:b w:val="0"/>
          <w:i w:val="0"/>
          <w:sz w:val="20"/>
        </w:rPr>
        <w:t>Este contrato rege-se pela Consolidação das Leis do Trabalho (CLT) e demais disposições legais aplicáveis ao trabalho remoto.</w:t>
      </w:r>
    </w:p>
    <w:p>
      <w:r>
        <w:rPr>
          <w:b w:val="0"/>
          <w:i w:val="0"/>
          <w:sz w:val="20"/>
        </w:rPr>
        <w:t>As partes elegem o foro da comarca de _____________________ para dirimir quaisquer dúvidas ou conflitos oriundos deste contrato.</w:t>
      </w:r>
    </w:p>
    <w:p/>
    <w:p/>
    <w:p>
      <w:r>
        <w:rPr>
          <w:b w:val="0"/>
          <w:i w:val="0"/>
          <w:sz w:val="20"/>
        </w:rPr>
        <w:t>E por estarem assim justos e contratados, firmam o presente instrumento em 2 (duas) vias de igual teor e forma.</w:t>
      </w:r>
    </w:p>
    <w:p/>
    <w:p/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EMPREGADOR</w:t>
            </w:r>
          </w:p>
        </w:tc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EMPREGADO</w:t>
            </w:r>
          </w:p>
        </w:tc>
      </w:tr>
      <w:tr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t>__________________________________________</w:t>
            </w:r>
          </w:p>
        </w:tc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t>__________________________________________</w:t>
            </w:r>
          </w:p>
        </w:tc>
      </w:tr>
      <w:tr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 e assinatura</w:t>
            </w:r>
          </w:p>
        </w:tc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 e assinatura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https://documentos-jus.com/contrato-de-trabalho-home-office/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contrato-de-trabalho-home-office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