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ARRENDAMENTO DE VEÍCULO</w:t>
      </w:r>
    </w:p>
    <w:p/>
    <w:p/>
    <w:p>
      <w:r>
        <w:rPr>
          <w:b w:val="0"/>
          <w:sz w:val="20"/>
        </w:rPr>
        <w:t>Pelo presente instrumento particular de Contrato de Arrendamento de Veículo, de um lado:</w:t>
      </w:r>
    </w:p>
    <w:p/>
    <w:p>
      <w:r>
        <w:rPr>
          <w:b w:val="0"/>
          <w:sz w:val="20"/>
        </w:rPr>
        <w:t>ARRENDADOR: ________________________________________________________, brasileiro(a), portador(a) do CPF nº __________________, residente e domiciliado(a) à ____________________________________________________________________________, doravante denominado(a) simplesmente ARRENDADOR;</w:t>
      </w:r>
    </w:p>
    <w:p/>
    <w:p>
      <w:r>
        <w:rPr>
          <w:b w:val="0"/>
          <w:sz w:val="20"/>
        </w:rPr>
        <w:t>E, de outro lado:</w:t>
      </w:r>
    </w:p>
    <w:p/>
    <w:p>
      <w:r>
        <w:rPr>
          <w:b w:val="0"/>
          <w:sz w:val="20"/>
        </w:rPr>
        <w:t>ARRENDATÁRIO: ______________________________________________________, brasileiro(a), portador(a) do CPF nº __________________, residente e domiciliado(a) à ____________________________________________________________________________, doravante denominado(a) simplesmente ARRENDATÁRIO;</w:t>
      </w:r>
    </w:p>
    <w:p/>
    <w:p/>
    <w:p>
      <w:r>
        <w:rPr>
          <w:b w:val="0"/>
          <w:sz w:val="20"/>
        </w:rPr>
        <w:t>As partes acima identificadas têm entre si justo e contratado o presente Contrato de Arrendamento de Veículo, que se regerá pelas cláusulas e condições seguintes:</w:t>
      </w:r>
    </w:p>
    <w:p/>
    <w:p/>
    <w:p>
      <w:r>
        <w:rPr>
          <w:b/>
          <w:sz w:val="22"/>
        </w:rPr>
        <w:t>CLÁUSULA 1 – DO OBJETO</w:t>
      </w:r>
    </w:p>
    <w:p>
      <w:pPr>
        <w:ind w:firstLine="360"/>
      </w:pPr>
      <w:r>
        <w:rPr>
          <w:b w:val="0"/>
          <w:sz w:val="20"/>
        </w:rPr>
        <w:t>O presente contrato tem como objeto o arrendamento do veículo automotor abaixo descrito, de propriedade do ARRENDADOR, que será entregue ao ARRENDATÁRIO para uso, mediante as condições aqui estabelecidas.</w:t>
      </w:r>
    </w:p>
    <w:p/>
    <w:p>
      <w:r>
        <w:rPr>
          <w:b/>
          <w:sz w:val="20"/>
        </w:rPr>
        <w:t>Veículo:</w:t>
      </w:r>
    </w:p>
    <w:p>
      <w:pPr>
        <w:ind w:firstLine="360"/>
      </w:pPr>
      <w:r>
        <w:rPr>
          <w:b w:val="0"/>
          <w:sz w:val="20"/>
        </w:rPr>
        <w:t>Marca: ____________________________</w:t>
      </w:r>
    </w:p>
    <w:p>
      <w:pPr>
        <w:ind w:firstLine="360"/>
      </w:pPr>
      <w:r>
        <w:rPr>
          <w:b w:val="0"/>
          <w:sz w:val="20"/>
        </w:rPr>
        <w:t>Modelo: ___________________________</w:t>
      </w:r>
    </w:p>
    <w:p>
      <w:pPr>
        <w:ind w:firstLine="360"/>
      </w:pPr>
      <w:r>
        <w:rPr>
          <w:b w:val="0"/>
          <w:sz w:val="20"/>
        </w:rPr>
        <w:t>Ano: ______________________________</w:t>
      </w:r>
    </w:p>
    <w:p>
      <w:pPr>
        <w:ind w:firstLine="360"/>
      </w:pPr>
      <w:r>
        <w:rPr>
          <w:b w:val="0"/>
          <w:sz w:val="20"/>
        </w:rPr>
        <w:t>Cor: ______________________________</w:t>
      </w:r>
    </w:p>
    <w:p>
      <w:pPr>
        <w:ind w:firstLine="360"/>
      </w:pPr>
      <w:r>
        <w:rPr>
          <w:b w:val="0"/>
          <w:sz w:val="20"/>
        </w:rPr>
        <w:t>Placa: ____________________________</w:t>
      </w:r>
    </w:p>
    <w:p>
      <w:pPr>
        <w:ind w:firstLine="360"/>
      </w:pPr>
      <w:r>
        <w:rPr>
          <w:b w:val="0"/>
          <w:sz w:val="20"/>
        </w:rPr>
        <w:t>Chassi: ___________________________</w:t>
      </w:r>
    </w:p>
    <w:p>
      <w:pPr>
        <w:ind w:firstLine="360"/>
      </w:pPr>
      <w:r>
        <w:rPr>
          <w:b w:val="0"/>
          <w:sz w:val="20"/>
        </w:rPr>
        <w:t>Renavam: _________________________</w:t>
      </w:r>
    </w:p>
    <w:p/>
    <w:p/>
    <w:p>
      <w:r>
        <w:rPr>
          <w:b/>
          <w:sz w:val="22"/>
        </w:rPr>
        <w:t>CLÁUSULA 2 – DO PRAZO</w:t>
      </w:r>
    </w:p>
    <w:p>
      <w:pPr>
        <w:ind w:firstLine="360"/>
      </w:pPr>
      <w:r>
        <w:rPr>
          <w:b w:val="0"/>
          <w:sz w:val="20"/>
        </w:rPr>
        <w:t>O prazo do presente contrato é de ________ (________) meses, com início na data de assinatura deste instrumento e término na data de ____________.</w:t>
      </w:r>
    </w:p>
    <w:p/>
    <w:p/>
    <w:p>
      <w:r>
        <w:rPr>
          <w:b/>
          <w:sz w:val="22"/>
        </w:rPr>
        <w:t>CLÁUSULA 3 – DO VALOR E FORMA DE PAGAMENTO</w:t>
      </w:r>
    </w:p>
    <w:p>
      <w:pPr>
        <w:ind w:firstLine="360"/>
      </w:pPr>
      <w:r>
        <w:rPr>
          <w:b w:val="0"/>
          <w:sz w:val="20"/>
        </w:rPr>
        <w:t>O ARRENDATÁRIO pagará ao ARRENDADOR, a título de arrendamento, o valor mensal de R$ _______________ (______________________________), com vencimento todo dia ____ de cada mês.</w:t>
      </w:r>
    </w:p>
    <w:p>
      <w:pPr>
        <w:ind w:firstLine="360"/>
      </w:pPr>
      <w:r>
        <w:rPr>
          <w:b w:val="0"/>
          <w:sz w:val="20"/>
        </w:rPr>
        <w:t>O pagamento será efetuado por meio de _________________________________________________________________.</w:t>
      </w:r>
    </w:p>
    <w:p/>
    <w:p/>
    <w:p>
      <w:r>
        <w:rPr>
          <w:b/>
          <w:sz w:val="22"/>
        </w:rPr>
        <w:t>CLÁUSULA 4 – DAS OBRIGAÇÕES DO ARRENDADOR</w:t>
      </w:r>
    </w:p>
    <w:p>
      <w:pPr>
        <w:ind w:firstLine="360"/>
      </w:pPr>
      <w:r>
        <w:rPr>
          <w:b w:val="0"/>
          <w:sz w:val="20"/>
        </w:rPr>
        <w:t>São obrigações do ARRENDADOR:</w:t>
      </w:r>
    </w:p>
    <w:p>
      <w:pPr>
        <w:ind w:firstLine="360"/>
      </w:pPr>
      <w:r>
        <w:rPr>
          <w:b w:val="0"/>
          <w:sz w:val="20"/>
        </w:rPr>
        <w:t>a) Entregar o veículo em perfeito estado de uso e conservação, com todos os documentos necessários para sua utilização;</w:t>
      </w:r>
    </w:p>
    <w:p>
      <w:pPr>
        <w:ind w:firstLine="360"/>
      </w:pPr>
      <w:r>
        <w:rPr>
          <w:b w:val="0"/>
          <w:sz w:val="20"/>
        </w:rPr>
        <w:t>b) Responsabilizar-se pelas despesas anteriores à entrega do veículo, tais como IPVA, licenciamento e multas anteriores;</w:t>
      </w:r>
    </w:p>
    <w:p>
      <w:pPr>
        <w:ind w:firstLine="360"/>
      </w:pPr>
      <w:r>
        <w:rPr>
          <w:b w:val="0"/>
          <w:sz w:val="20"/>
        </w:rPr>
        <w:t>c) Garantir o uso pacífico do veículo pelo ARRENDATÁRIO durante o prazo deste contrato.</w:t>
      </w:r>
    </w:p>
    <w:p/>
    <w:p/>
    <w:p>
      <w:r>
        <w:rPr>
          <w:b/>
          <w:sz w:val="22"/>
        </w:rPr>
        <w:t>CLÁUSULA 5 – DAS OBRIGAÇÕES DO ARRENDATÁRIO</w:t>
      </w:r>
    </w:p>
    <w:p>
      <w:pPr>
        <w:ind w:firstLine="360"/>
      </w:pPr>
      <w:r>
        <w:rPr>
          <w:b w:val="0"/>
          <w:sz w:val="20"/>
        </w:rPr>
        <w:t>São obrigações do ARRENDATÁRIO:</w:t>
      </w:r>
    </w:p>
    <w:p>
      <w:pPr>
        <w:ind w:firstLine="360"/>
      </w:pPr>
      <w:r>
        <w:rPr>
          <w:b w:val="0"/>
          <w:sz w:val="20"/>
        </w:rPr>
        <w:t>a) Utilizar o veículo com zelo e diligência, respeitando as normas de trânsito e legislação vigente;</w:t>
      </w:r>
    </w:p>
    <w:p>
      <w:pPr>
        <w:ind w:firstLine="360"/>
      </w:pPr>
      <w:r>
        <w:rPr>
          <w:b w:val="0"/>
          <w:sz w:val="20"/>
        </w:rPr>
        <w:t>b) Efetuar o pagamento pontual do valor do arrendamento;</w:t>
      </w:r>
    </w:p>
    <w:p>
      <w:pPr>
        <w:ind w:firstLine="360"/>
      </w:pPr>
      <w:r>
        <w:rPr>
          <w:b w:val="0"/>
          <w:sz w:val="20"/>
        </w:rPr>
        <w:t>c) Arcar com os custos de manutenção, conservação, reparos decorrentes do uso e desgaste natural;</w:t>
      </w:r>
    </w:p>
    <w:p>
      <w:pPr>
        <w:ind w:firstLine="360"/>
      </w:pPr>
      <w:r>
        <w:rPr>
          <w:b w:val="0"/>
          <w:sz w:val="20"/>
        </w:rPr>
        <w:t>d) Comunicar imediatamente ao ARRENDADOR quaisquer danos, acidentes ou problemas ocorridos com o veículo;</w:t>
      </w:r>
    </w:p>
    <w:p>
      <w:pPr>
        <w:ind w:firstLine="360"/>
      </w:pPr>
      <w:r>
        <w:rPr>
          <w:b w:val="0"/>
          <w:sz w:val="20"/>
        </w:rPr>
        <w:t>e) Não ceder, emprestar, subarrendar, vender ou transferir o veículo a terceiros sem prévia autorização por escrito do ARRENDADOR;</w:t>
      </w:r>
    </w:p>
    <w:p>
      <w:pPr>
        <w:ind w:firstLine="360"/>
      </w:pPr>
      <w:r>
        <w:rPr>
          <w:b w:val="0"/>
          <w:sz w:val="20"/>
        </w:rPr>
        <w:t>f) Devolver o veículo nas mesmas condições em que o recebeu, salvo desgaste natural pelo uso adequado.</w:t>
      </w:r>
    </w:p>
    <w:p/>
    <w:p/>
    <w:p>
      <w:r>
        <w:rPr>
          <w:b/>
          <w:sz w:val="22"/>
        </w:rPr>
        <w:t>CLÁUSULA 6 – DA MANUTENÇÃO E CONSERVAÇÃO</w:t>
      </w:r>
    </w:p>
    <w:p>
      <w:pPr>
        <w:ind w:firstLine="360"/>
      </w:pPr>
      <w:r>
        <w:rPr>
          <w:b w:val="0"/>
          <w:sz w:val="20"/>
        </w:rPr>
        <w:t>O ARRENDATÁRIO compromete-se a realizar as manutenções preventivas e corretivas necessárias para manter o veículo em perfeito estado de funcionamento, utilizando peças originais ou equivalentes, e apresentando recibos ou notas fiscais ao ARRENDADOR quando solicitado.</w:t>
      </w:r>
    </w:p>
    <w:p/>
    <w:p/>
    <w:p>
      <w:r>
        <w:rPr>
          <w:b/>
          <w:sz w:val="22"/>
        </w:rPr>
        <w:t>CLÁUSULA 7 – DOS SEGUROS E RESPONSABILIDADES</w:t>
      </w:r>
    </w:p>
    <w:p>
      <w:pPr>
        <w:ind w:firstLine="360"/>
      </w:pPr>
      <w:r>
        <w:rPr>
          <w:b w:val="0"/>
          <w:sz w:val="20"/>
        </w:rPr>
        <w:t>O ARRENDADOR manterá o veículo segurado contra danos, colisões, furtos e roubos, devendo o ARRENDATÁRIO comunicar imediatamente qualquer sinistro ocorrido.</w:t>
      </w:r>
    </w:p>
    <w:p>
      <w:pPr>
        <w:ind w:firstLine="360"/>
      </w:pPr>
      <w:r>
        <w:rPr>
          <w:b w:val="0"/>
          <w:sz w:val="20"/>
        </w:rPr>
        <w:t>O ARRENDATÁRIO será responsável por multas, infrações de trânsito e danos causados por sua culpa ou dolo durante o uso do veículo.</w:t>
      </w:r>
    </w:p>
    <w:p/>
    <w:p/>
    <w:p>
      <w:r>
        <w:rPr>
          <w:b/>
          <w:sz w:val="22"/>
        </w:rPr>
        <w:t>CLÁUSULA 8 – DA RESCISÃO</w:t>
      </w:r>
    </w:p>
    <w:p>
      <w:pPr>
        <w:ind w:firstLine="360"/>
      </w:pPr>
      <w:r>
        <w:rPr>
          <w:b w:val="0"/>
          <w:sz w:val="20"/>
        </w:rPr>
        <w:t>O presente contrato poderá ser rescindido antecipadamente por qualquer das partes, mediante aviso prévio de 30 (trinta) dias, por escrito.</w:t>
      </w:r>
    </w:p>
    <w:p>
      <w:pPr>
        <w:ind w:firstLine="360"/>
      </w:pPr>
      <w:r>
        <w:rPr>
          <w:b w:val="0"/>
          <w:sz w:val="20"/>
        </w:rPr>
        <w:t>Em caso de descumprimento de quaisquer cláusulas, a parte prejudicada poderá rescindir imediatamente o contrato, sem prejuízo das penalidades cabíveis e ressarcimento de eventuais danos.</w:t>
      </w:r>
    </w:p>
    <w:p/>
    <w:p/>
    <w:p>
      <w:r>
        <w:rPr>
          <w:b/>
          <w:sz w:val="22"/>
        </w:rPr>
        <w:t>CLÁUSULA 9 – DAS PENALIDADES</w:t>
      </w:r>
    </w:p>
    <w:p>
      <w:pPr>
        <w:ind w:firstLine="360"/>
      </w:pPr>
      <w:r>
        <w:rPr>
          <w:b w:val="0"/>
          <w:sz w:val="20"/>
        </w:rPr>
        <w:t>O atraso no pagamento do arrendamento implicará multa de 2% (dois por cento) sobre o valor devido, acrescido de juros moratórios de 1% (um por cento) ao mês e correção monetária.</w:t>
      </w:r>
    </w:p>
    <w:p/>
    <w:p/>
    <w:p>
      <w:r>
        <w:rPr>
          <w:b/>
          <w:sz w:val="22"/>
        </w:rPr>
        <w:t>CLÁUSULA 10 – DA DEVOLUÇÃO DO VEÍCULO</w:t>
      </w:r>
    </w:p>
    <w:p>
      <w:pPr>
        <w:ind w:firstLine="360"/>
      </w:pPr>
      <w:r>
        <w:rPr>
          <w:b w:val="0"/>
          <w:sz w:val="20"/>
        </w:rPr>
        <w:t>Ao término do contrato, o ARRENDATÁRIO deverá devolver o veículo ao ARRENDADOR, nas mesmas condições em que o recebeu, excetuando-se o desgaste natural decorrente do uso adequado.</w:t>
      </w:r>
    </w:p>
    <w:p>
      <w:pPr>
        <w:ind w:firstLine="360"/>
      </w:pPr>
      <w:r>
        <w:rPr>
          <w:b w:val="0"/>
          <w:sz w:val="20"/>
        </w:rPr>
        <w:t>Caso haja danos ou avarias, o ARRENDATÁRIO será responsável pelo reparo ou indenização correspondente.</w:t>
      </w:r>
    </w:p>
    <w:p/>
    <w:p/>
    <w:p>
      <w:r>
        <w:rPr>
          <w:b/>
          <w:sz w:val="22"/>
        </w:rPr>
        <w:t>CLÁUSULA 11 – DAS DISPOSIÇÕES GERAIS</w:t>
      </w:r>
    </w:p>
    <w:p>
      <w:pPr>
        <w:ind w:firstLine="360"/>
      </w:pPr>
      <w:r>
        <w:rPr>
          <w:b w:val="0"/>
          <w:sz w:val="20"/>
        </w:rPr>
        <w:t>Este contrato não estabelece vínculo empregatício, societário ou qualquer outro entre as partes, sendo estritamente um arrendamento.</w:t>
      </w:r>
    </w:p>
    <w:p>
      <w:pPr>
        <w:ind w:firstLine="360"/>
      </w:pPr>
      <w:r>
        <w:rPr>
          <w:b w:val="0"/>
          <w:sz w:val="20"/>
        </w:rPr>
        <w:t>Qualquer alteração neste contrato somente terá validade se feita por escrito e assinada por ambas as partes.</w:t>
      </w:r>
    </w:p>
    <w:p/>
    <w:p/>
    <w:p>
      <w:r>
        <w:rPr>
          <w:b/>
          <w:sz w:val="22"/>
        </w:rPr>
        <w:t>CLÁUSULA 12 – DO FORO</w:t>
      </w:r>
    </w:p>
    <w:p>
      <w:pPr>
        <w:ind w:firstLine="360"/>
      </w:pPr>
      <w:r>
        <w:rPr>
          <w:b w:val="0"/>
          <w:sz w:val="20"/>
        </w:rPr>
        <w:t>Para dirimir quaisquer dúvidas ou litígios oriundos deste contrato, as partes elegem o foro da comarca de ____________________, Estado de ____________, renunciando a qualquer outro, por mais privilegiado que seja.</w:t>
      </w:r>
    </w:p>
    <w:p/>
    <w:p/>
    <w:p/>
    <w:p>
      <w:pPr>
        <w:jc w:val="center"/>
      </w:pPr>
      <w:r>
        <w:rPr>
          <w:b/>
          <w:sz w:val="22"/>
        </w:rPr>
        <w:t>______________________________</w:t>
        <w:br/>
        <w:t>ARRENDADOR</w:t>
      </w:r>
    </w:p>
    <w:p/>
    <w:p/>
    <w:p/>
    <w:p/>
    <w:p>
      <w:pPr>
        <w:jc w:val="center"/>
      </w:pPr>
      <w:r>
        <w:rPr>
          <w:b/>
          <w:sz w:val="22"/>
        </w:rPr>
        <w:t>______________________________</w:t>
        <w:br/>
        <w:t>ARRENDATÁRIO</w:t>
      </w:r>
    </w:p>
    <w:p/>
    <w:p/>
    <w:p/>
    <w:p/>
    <w:p>
      <w:r>
        <w:rPr>
          <w:b/>
          <w:sz w:val="20"/>
        </w:rPr>
        <w:t>Testemunhas:</w:t>
      </w:r>
    </w:p>
    <w:p/>
    <w:p>
      <w:r>
        <w:rPr>
          <w:b w:val="0"/>
          <w:sz w:val="20"/>
        </w:rPr>
        <w:t>1) Nome: ______________________________________ CPF: _____________________</w:t>
      </w:r>
    </w:p>
    <w:p>
      <w:r>
        <w:rPr>
          <w:b w:val="0"/>
          <w:sz w:val="20"/>
        </w:rPr>
        <w:t>2) Nome: ______________________________________ CPF: 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https://documentos-jus.com/contrato-de-arrendamento-de-veiculo/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trato-de-arrendamento-de-veicul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