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LOCAÇÃO DE VAGA DE GARAGEM</w:t>
      </w:r>
    </w:p>
    <w:p/>
    <w:p/>
    <w:p>
      <w:r>
        <w:rPr>
          <w:b w:val="0"/>
          <w:sz w:val="20"/>
        </w:rPr>
        <w:t>Pelo presente instrumento particular de contrato de locação, de um lado, como LOCADOR(a):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Nacionalidade: _____________________ Estado Civil: ____________________________</w:t>
      </w:r>
    </w:p>
    <w:p>
      <w:r>
        <w:rPr>
          <w:b w:val="0"/>
          <w:sz w:val="20"/>
        </w:rPr>
        <w:t>Profissão: __________________________ CPF: ___________________________________</w:t>
      </w:r>
    </w:p>
    <w:p>
      <w:r>
        <w:rPr>
          <w:b w:val="0"/>
          <w:sz w:val="20"/>
        </w:rPr>
        <w:t>RG: _______________________________ Endereço: 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E, de outro lado, como LOCATÁRIO(a):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Nacionalidade: _____________________ Estado Civil: ____________________________</w:t>
      </w:r>
    </w:p>
    <w:p>
      <w:r>
        <w:rPr>
          <w:b w:val="0"/>
          <w:sz w:val="20"/>
        </w:rPr>
        <w:t>Profissão: __________________________ CPF: ___________________________________</w:t>
      </w:r>
    </w:p>
    <w:p>
      <w:r>
        <w:rPr>
          <w:b w:val="0"/>
          <w:sz w:val="20"/>
        </w:rPr>
        <w:t>RG: _______________________________ Endereço: 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 w:val="0"/>
          <w:sz w:val="20"/>
        </w:rPr>
        <w:t>Têm entre si justo e contratado o que segue, que mutuamente aceitam e outorgam, a saber:</w:t>
      </w:r>
    </w:p>
    <w:p/>
    <w:p/>
    <w:p>
      <w:r>
        <w:rPr>
          <w:b/>
          <w:sz w:val="22"/>
        </w:rPr>
        <w:t>CLÁUSULA 1 – DO OBJETO</w:t>
      </w:r>
    </w:p>
    <w:p>
      <w:r>
        <w:rPr>
          <w:b w:val="0"/>
          <w:sz w:val="20"/>
        </w:rPr>
        <w:t>O LOCADOR dá em locação ao LOCATÁRIO, que aceita, a vaga de garagem nº _____, localizada no endereço abaixo: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2"/>
        </w:rPr>
        <w:t>CLÁUSULA 2 – DO PRAZO</w:t>
      </w:r>
    </w:p>
    <w:p>
      <w:r>
        <w:rPr>
          <w:b w:val="0"/>
          <w:sz w:val="20"/>
        </w:rPr>
        <w:t>O prazo da locação é de _____ meses, com início em ___/___/____ e término em ___/___/____.</w:t>
      </w:r>
    </w:p>
    <w:p>
      <w:r>
        <w:rPr>
          <w:b w:val="0"/>
          <w:sz w:val="20"/>
        </w:rPr>
        <w:t>Findo o prazo, o contrato poderá ser renovado mediante acordo entre as partes.</w:t>
      </w:r>
    </w:p>
    <w:p/>
    <w:p>
      <w:r>
        <w:rPr>
          <w:b/>
          <w:sz w:val="22"/>
        </w:rPr>
        <w:t>CLÁUSULA 3 – DO VALOR E FORMA DE PAGAMENTO</w:t>
      </w:r>
    </w:p>
    <w:p>
      <w:r>
        <w:rPr>
          <w:b w:val="0"/>
          <w:sz w:val="20"/>
        </w:rPr>
        <w:t>O aluguel mensal será de R$ ________________, a ser pago até o dia ___ de cada mês, por meio de: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2"/>
        </w:rPr>
        <w:t>CLÁUSULA 4 – DO REAJUSTE</w:t>
      </w:r>
    </w:p>
    <w:p>
      <w:r>
        <w:rPr>
          <w:b w:val="0"/>
          <w:sz w:val="20"/>
        </w:rPr>
        <w:t>O valor do aluguel será reajustado anualmente, conforme índice oficial de inflação adotado pelo Governo Federal, ou outro índice que venha a substituí-lo.</w:t>
      </w:r>
    </w:p>
    <w:p/>
    <w:p>
      <w:r>
        <w:rPr>
          <w:b/>
          <w:sz w:val="22"/>
        </w:rPr>
        <w:t>CLÁUSULA 5 – DAS OBRIGAÇÕES DO LOCATÁRIO</w:t>
      </w:r>
    </w:p>
    <w:p>
      <w:r>
        <w:rPr>
          <w:b w:val="0"/>
          <w:sz w:val="20"/>
        </w:rPr>
        <w:t>São obrigações do LOCATÁRIO:</w:t>
      </w:r>
    </w:p>
    <w:p>
      <w:r>
        <w:rPr>
          <w:b w:val="0"/>
          <w:sz w:val="20"/>
        </w:rPr>
        <w:t>- Utilizar a vaga exclusivamente para estacionamento de veículo automotor, sendo vedada qualquer outra destinação;</w:t>
      </w:r>
    </w:p>
    <w:p>
      <w:r>
        <w:rPr>
          <w:b w:val="0"/>
          <w:sz w:val="20"/>
        </w:rPr>
        <w:t>- Zelar pela conservação da vaga e áreas comuns;</w:t>
      </w:r>
    </w:p>
    <w:p>
      <w:r>
        <w:rPr>
          <w:b w:val="0"/>
          <w:sz w:val="20"/>
        </w:rPr>
        <w:t>- Não ceder ou transferir a vaga sem prévia autorização por escrito do LOCADOR;</w:t>
      </w:r>
    </w:p>
    <w:p>
      <w:r>
        <w:rPr>
          <w:b w:val="0"/>
          <w:sz w:val="20"/>
        </w:rPr>
        <w:t>- Informar imediatamente ao LOCADOR qualquer dano ou necessidade de reparos;</w:t>
      </w:r>
    </w:p>
    <w:p>
      <w:r>
        <w:rPr>
          <w:b w:val="0"/>
          <w:sz w:val="20"/>
        </w:rPr>
        <w:t>- Cumprir as normas internas do condomínio/edifício, quando aplicáveis.</w:t>
      </w:r>
    </w:p>
    <w:p/>
    <w:p>
      <w:r>
        <w:rPr>
          <w:b/>
          <w:sz w:val="22"/>
        </w:rPr>
        <w:t>CLÁUSULA 6 – DAS OBRIGAÇÕES DO LOCADOR</w:t>
      </w:r>
    </w:p>
    <w:p>
      <w:r>
        <w:rPr>
          <w:b w:val="0"/>
          <w:sz w:val="20"/>
        </w:rPr>
        <w:t>São obrigações do LOCADOR:</w:t>
      </w:r>
    </w:p>
    <w:p>
      <w:r>
        <w:rPr>
          <w:b w:val="0"/>
          <w:sz w:val="20"/>
        </w:rPr>
        <w:t>- Entregar a vaga em condições de uso;</w:t>
      </w:r>
    </w:p>
    <w:p>
      <w:r>
        <w:rPr>
          <w:b w:val="0"/>
          <w:sz w:val="20"/>
        </w:rPr>
        <w:t>- Garantir o uso pacífico da vaga durante o prazo do contrato;</w:t>
      </w:r>
    </w:p>
    <w:p>
      <w:r>
        <w:rPr>
          <w:b w:val="0"/>
          <w:sz w:val="20"/>
        </w:rPr>
        <w:t>- Realizar reparos estruturais necessários na vaga e áreas comuns.</w:t>
      </w:r>
    </w:p>
    <w:p/>
    <w:p>
      <w:r>
        <w:rPr>
          <w:b/>
          <w:sz w:val="22"/>
        </w:rPr>
        <w:t>CLÁUSULA 7 – DA MULTA POR INFRAÇÕES</w:t>
      </w:r>
    </w:p>
    <w:p>
      <w:r>
        <w:rPr>
          <w:b w:val="0"/>
          <w:sz w:val="20"/>
        </w:rPr>
        <w:t>O descumprimento de qualquer cláusula deste contrato sujeitará a parte infratora ao pagamento de multa equivalente a 10% (dez por cento) do valor do aluguel vigente, sem prejuízo de outras medidas legais cabíveis.</w:t>
      </w:r>
    </w:p>
    <w:p/>
    <w:p>
      <w:r>
        <w:rPr>
          <w:b/>
          <w:sz w:val="22"/>
        </w:rPr>
        <w:t>CLÁUSULA 8 – DA RESCISÃO</w:t>
      </w:r>
    </w:p>
    <w:p>
      <w:r>
        <w:rPr>
          <w:b w:val="0"/>
          <w:sz w:val="20"/>
        </w:rPr>
        <w:t>O contrato poderá ser rescindido por qualquer das partes, mediante aviso prévio escrito com antecedência mínima de 30 (trinta) dias, sem prejuízo do pagamento dos aluguéis e encargos até o término do contrato.</w:t>
      </w:r>
    </w:p>
    <w:p/>
    <w:p>
      <w:r>
        <w:rPr>
          <w:b/>
          <w:sz w:val="22"/>
        </w:rPr>
        <w:t>CLÁUSULA 9 – DAS DISPOSIÇÕES GERAIS</w:t>
      </w:r>
    </w:p>
    <w:p>
      <w:r>
        <w:rPr>
          <w:b w:val="0"/>
          <w:sz w:val="20"/>
        </w:rPr>
        <w:t>Este contrato não poderá ser cedido ou transferido sem consentimento prévio e escrito da outra parte.</w:t>
      </w:r>
    </w:p>
    <w:p>
      <w:r>
        <w:rPr>
          <w:b w:val="0"/>
          <w:sz w:val="20"/>
        </w:rPr>
        <w:t>O LOCATÁRIO declara ter vistoriado a vaga e aceita o estado em que se encontra.</w:t>
      </w:r>
    </w:p>
    <w:p>
      <w:r>
        <w:rPr>
          <w:b w:val="0"/>
          <w:sz w:val="20"/>
        </w:rPr>
        <w:t>As partes elegem o foro da comarca de ___________________________ para dirimir quaisquer dúvidas ou litígios oriundos deste contrato, renunciando a qualquer outro, por mais privilegiado que seja.</w:t>
      </w:r>
    </w:p>
    <w:p/>
    <w:p>
      <w:r>
        <w:rPr>
          <w:b w:val="0"/>
          <w:sz w:val="20"/>
        </w:rPr>
        <w:t>E, por estarem assim justos e contratados, firmam o presente contrato em 2 (duas) vias de igual teor e forma, para um só efeito.</w:t>
      </w:r>
    </w:p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</w:t>
              <w:br/>
              <w:t>LOCADOR</w:t>
              <w:br/>
              <w:t>Nome: ________________________</w:t>
              <w:br/>
              <w:t>CPF: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</w:t>
              <w:br/>
              <w:t>LOCATÁRIO</w:t>
              <w:br/>
              <w:t>Nome: ________________________</w:t>
              <w:br/>
              <w:t>CPF: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Endereço: ___________________________________________________________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Endereço: ___________________________________________________________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Data: ___/___/____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Data: ___/___/____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https://documentos-jus.com/contrato-de-aluguel-de-garagem/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contrato-de-aluguel-de-garagem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