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ACADEMIA</w:t>
      </w:r>
    </w:p>
    <w:p/>
    <w:p/>
    <w:p>
      <w:pPr>
        <w:jc w:val="both"/>
      </w:pPr>
      <w:r>
        <w:rPr>
          <w:b w:val="0"/>
          <w:sz w:val="20"/>
        </w:rPr>
        <w:t>Pelo presente instrumento particular de contrato de prestação de serviços, de um lado, a Academia [NOME DA ACADEMIA], pessoa jurídica de direito privado, inscrita no CNPJ sob o nº [CNPJ], com sede na [ENDEREÇO COMPLETO], neste ato representada por seu representante legal, doravante denominada CONTRATADA, e, de outro lado, o(a) Sr(a). [NOME DO(A) CONTRATANTE], portador(a) do CPF nº [CPF], RG nº [RG], residente e domiciliado(a) à [ENDEREÇO COMPLETO DO(A) CONTRATANTE], doravante denominado(a) CONTRATANTE, têm entre si justo e contratado o que segue: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pPr>
        <w:jc w:val="both"/>
      </w:pPr>
      <w:r>
        <w:rPr>
          <w:b w:val="0"/>
          <w:sz w:val="20"/>
        </w:rPr>
        <w:t>O presente contrato tem por objeto a prestação de serviços de atividades físicas e esportivas, incluindo o uso das instalações e equipamentos da Academia, mediante pagamento mensal pelo(a) CONTRATANTE.</w:t>
      </w:r>
    </w:p>
    <w:p/>
    <w:p>
      <w:pPr>
        <w:jc w:val="left"/>
      </w:pPr>
      <w:r>
        <w:rPr>
          <w:b/>
          <w:sz w:val="22"/>
        </w:rPr>
        <w:t>CLÁUSULA 2ª – DA INSCRIÇÃO E ACESSO</w:t>
      </w:r>
    </w:p>
    <w:p>
      <w:pPr>
        <w:jc w:val="both"/>
      </w:pPr>
      <w:r>
        <w:rPr>
          <w:b w:val="0"/>
          <w:sz w:val="20"/>
        </w:rPr>
        <w:t>2.1. O(A) CONTRATANTE deverá realizar sua inscrição preenchendo o cadastro e fornecendo os documentos solicitados pela CONTRATADA.</w:t>
        <w:br/>
        <w:t>2.2. O acesso às dependências da Academia será permitido somente durante o horário de funcionamento estabelecido, mediante apresentação da carteirinha de identificação fornecida pela CONTRATADA.</w:t>
        <w:br/>
        <w:t>2.3. É proibida a entrada de terceiros que não estejam devidamente inscritos e autorizados pela CONTRATADA.</w:t>
      </w:r>
    </w:p>
    <w:p/>
    <w:p>
      <w:pPr>
        <w:jc w:val="left"/>
      </w:pPr>
      <w:r>
        <w:rPr>
          <w:b/>
          <w:sz w:val="22"/>
        </w:rPr>
        <w:t>CLÁUSULA 3ª – DO VALOR E PAGAMENTO</w:t>
      </w:r>
    </w:p>
    <w:p>
      <w:pPr>
        <w:jc w:val="both"/>
      </w:pPr>
      <w:r>
        <w:rPr>
          <w:b w:val="0"/>
          <w:sz w:val="20"/>
        </w:rPr>
        <w:t>3.1. O valor mensal do serviço contratado é de R$ [VALOR], que deverá ser pago até o dia [DIA] de cada mês.</w:t>
        <w:br/>
        <w:t>3.2. O pagamento deverá ser efetuado por meio de [especificar formas de pagamento: boleto, cartão, transferência, etc.].</w:t>
        <w:br/>
        <w:t>3.3. Em caso de atraso no pagamento, será cobrada multa de 2% (dois por cento) e juros de 1% (um por cento) ao mês.</w:t>
      </w:r>
    </w:p>
    <w:p/>
    <w:p>
      <w:pPr>
        <w:jc w:val="left"/>
      </w:pPr>
      <w:r>
        <w:rPr>
          <w:b/>
          <w:sz w:val="22"/>
        </w:rPr>
        <w:t>CLÁUSULA 4ª – DA VIGÊNCIA E RESCISÃO</w:t>
      </w:r>
    </w:p>
    <w:p>
      <w:pPr>
        <w:jc w:val="both"/>
      </w:pPr>
      <w:r>
        <w:rPr>
          <w:b w:val="0"/>
          <w:sz w:val="20"/>
        </w:rPr>
        <w:t>4.1. O presente contrato terá vigência de [PERÍODO], iniciando-se na data da assinatura deste instrumento.</w:t>
        <w:br/>
        <w:t>4.2. O(A) CONTRATANTE poderá rescindir o contrato a qualquer momento, mediante comunicação prévia de 30 (trinta) dias.</w:t>
        <w:br/>
        <w:t>4.3. A CONTRATADA poderá rescindir o contrato imediatamente, sem aviso prévio, em caso de descumprimento de qualquer cláusula deste contrato pelo(a) CONTRATANTE, especialmente comportamentos inadequados, uso indevido das instalações, ou inadimplência.</w:t>
      </w:r>
    </w:p>
    <w:p/>
    <w:p>
      <w:pPr>
        <w:jc w:val="left"/>
      </w:pPr>
      <w:r>
        <w:rPr>
          <w:b/>
          <w:sz w:val="22"/>
        </w:rPr>
        <w:t>CLÁUSULA 5ª – DAS OBRIGAÇÕES DA CONTRATADA</w:t>
      </w:r>
    </w:p>
    <w:p>
      <w:pPr>
        <w:jc w:val="both"/>
      </w:pPr>
      <w:r>
        <w:rPr>
          <w:b w:val="0"/>
          <w:sz w:val="20"/>
        </w:rPr>
        <w:t>5.1. Manter as instalações e equipamentos em condições adequadas para uso.</w:t>
        <w:br/>
        <w:t>5.2. Oferecer orientações técnicas e acompanhamento profissional conforme o plano contratado.</w:t>
        <w:br/>
        <w:t>5.3. Garantir o atendimento em conformidade com as normas de segurança e higiene vigentes.</w:t>
      </w:r>
    </w:p>
    <w:p/>
    <w:p>
      <w:pPr>
        <w:jc w:val="left"/>
      </w:pPr>
      <w:r>
        <w:rPr>
          <w:b/>
          <w:sz w:val="22"/>
        </w:rPr>
        <w:t>CLÁUSULA 6ª – DAS OBRIGAÇÕES DO CONTRATANTE</w:t>
      </w:r>
    </w:p>
    <w:p>
      <w:pPr>
        <w:jc w:val="both"/>
      </w:pPr>
      <w:r>
        <w:rPr>
          <w:b w:val="0"/>
          <w:sz w:val="20"/>
        </w:rPr>
        <w:t>6.1. Cumprir as normas internas da Academia, respeitando os horários, equipamentos e demais usuários.</w:t>
        <w:br/>
        <w:t>6.2. Informar qualquer condição médica ou limitação física que possa afetar a prática das atividades.</w:t>
        <w:br/>
        <w:t>6.3. Realizar os pagamentos nas datas estipuladas.</w:t>
        <w:br/>
        <w:t>6.4. Utilizar adequadamente os equipamentos e instalações, respondendo por danos causados por uso indevido.</w:t>
      </w:r>
    </w:p>
    <w:p/>
    <w:p>
      <w:pPr>
        <w:jc w:val="left"/>
      </w:pPr>
      <w:r>
        <w:rPr>
          <w:b/>
          <w:sz w:val="22"/>
        </w:rPr>
        <w:t>CLÁUSULA 7ª – DAS RESPONSABILIDADES E RISCOS</w:t>
      </w:r>
    </w:p>
    <w:p>
      <w:pPr>
        <w:jc w:val="both"/>
      </w:pPr>
      <w:r>
        <w:rPr>
          <w:b w:val="0"/>
          <w:sz w:val="20"/>
        </w:rPr>
        <w:t>7.1. O(A) CONTRATANTE reconhece que a prática de atividades físicas envolve riscos inerentes e declara estar apto(a) para sua realização.</w:t>
        <w:br/>
        <w:t>7.2. A CONTRATADA não se responsabiliza por quaisquer danos, lesões ou acidentes ocorridos por negligência do(a) CONTRATANTE ou por condições já existentes e não informadas.</w:t>
        <w:br/>
        <w:t>7.3. É responsabilidade do(a) CONTRATANTE informar previamente qualquer alteração em seu estado de saúde.</w:t>
      </w:r>
    </w:p>
    <w:p/>
    <w:p>
      <w:pPr>
        <w:jc w:val="left"/>
      </w:pPr>
      <w:r>
        <w:rPr>
          <w:b/>
          <w:sz w:val="22"/>
        </w:rPr>
        <w:t>CLÁUSULA 8ª – DA CONFIDENCIALIDADE E USO DE IMAGEM</w:t>
      </w:r>
    </w:p>
    <w:p>
      <w:pPr>
        <w:jc w:val="both"/>
      </w:pPr>
      <w:r>
        <w:rPr>
          <w:b w:val="0"/>
          <w:sz w:val="20"/>
        </w:rPr>
        <w:t>8.1. As partes comprometem-se a manter sigilo sobre informações pessoais e comerciais obtidas em razão deste contrato.</w:t>
        <w:br/>
        <w:t>8.2. O(A) CONTRATANTE autoriza o uso de sua imagem pela CONTRATADA para fins de divulgação institucional, salvo manifestação contrária por escrito.</w:t>
      </w:r>
    </w:p>
    <w:p/>
    <w:p>
      <w:pPr>
        <w:jc w:val="left"/>
      </w:pPr>
      <w:r>
        <w:rPr>
          <w:b/>
          <w:sz w:val="22"/>
        </w:rPr>
        <w:t>CLÁUSULA 9ª – DO FORO</w:t>
      </w:r>
    </w:p>
    <w:p>
      <w:pPr>
        <w:jc w:val="both"/>
      </w:pPr>
      <w:r>
        <w:rPr>
          <w:b w:val="0"/>
          <w:sz w:val="20"/>
        </w:rPr>
        <w:t>Para dirimir quaisquer controvérsias oriundas deste contrato, as partes elegem o foro da comarca de [CIDADE], com renúncia expressa de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E, por estarem assim justos e contratados, assinam o presente contrato em 2 (duas) vias de igual teor e forma, na presença de 2 (duas) testemunhas.</w:t>
      </w:r>
    </w:p>
    <w:p/>
    <w:p/>
    <w:p/>
    <w:p/>
    <w:p>
      <w:pPr>
        <w:jc w:val="left"/>
      </w:pPr>
      <w:r>
        <w:rPr>
          <w:b/>
          <w:sz w:val="22"/>
        </w:rPr>
        <w:t>_______________________________</w:t>
        <w:br/>
      </w:r>
      <w:r>
        <w:rPr>
          <w:sz w:val="20"/>
        </w:rPr>
        <w:t>CONTRATANTE</w:t>
        <w:br/>
        <w:br/>
      </w:r>
      <w:r>
        <w:rPr>
          <w:sz w:val="20"/>
        </w:rPr>
        <w:t>CPF: _________________________</w:t>
      </w:r>
    </w:p>
    <w:p/>
    <w:p/>
    <w:p/>
    <w:p>
      <w:pPr>
        <w:jc w:val="left"/>
      </w:pPr>
      <w:r>
        <w:rPr>
          <w:b/>
          <w:sz w:val="22"/>
        </w:rPr>
        <w:t>_______________________________</w:t>
        <w:br/>
      </w:r>
      <w:r>
        <w:rPr>
          <w:sz w:val="20"/>
        </w:rPr>
        <w:t>CONTRATADA</w:t>
        <w:br/>
        <w:br/>
      </w:r>
      <w:r>
        <w:rPr>
          <w:sz w:val="20"/>
        </w:rPr>
        <w:t>Representante Legal: __________________</w:t>
        <w:br/>
      </w:r>
      <w:r>
        <w:rPr>
          <w:sz w:val="20"/>
        </w:rPr>
        <w:t>CPF: ________________________________</w:t>
      </w:r>
    </w:p>
    <w:p/>
    <w:p/>
    <w:p/>
    <w:p/>
    <w:p>
      <w:pPr>
        <w:jc w:val="left"/>
      </w:pPr>
      <w:r>
        <w:rPr>
          <w:b/>
          <w:sz w:val="22"/>
        </w:rPr>
        <w:t>Testemunhas:</w:t>
        <w:br/>
        <w:br/>
      </w:r>
      <w:r>
        <w:rPr>
          <w:sz w:val="20"/>
        </w:rPr>
        <w:t>1. ________________________________  CPF: ___________________________</w:t>
        <w:br/>
        <w:br/>
      </w:r>
      <w:r>
        <w:rPr>
          <w:sz w:val="20"/>
        </w:rPr>
        <w:t>2. ________________________________  CPF: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https://documentos-jus.com/contrato-de-academia/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rato-de-academi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