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OBTENÇÃO DE NOVO EMPREGO</w:t>
      </w:r>
    </w:p>
    <w:p/>
    <w:p/>
    <w:p>
      <w:r>
        <w:rPr>
          <w:b w:val="0"/>
          <w:sz w:val="22"/>
        </w:rPr>
        <w:t>À</w:t>
      </w:r>
    </w:p>
    <w:p>
      <w:r>
        <w:rPr>
          <w:b/>
          <w:sz w:val="22"/>
        </w:rPr>
        <w:t>Empresa [Nome da Empresa Destinatária]</w:t>
      </w:r>
    </w:p>
    <w:p>
      <w:r>
        <w:rPr>
          <w:b w:val="0"/>
          <w:sz w:val="22"/>
        </w:rPr>
        <w:t>Att: Departamento de Recursos Humanos</w:t>
      </w:r>
    </w:p>
    <w:p>
      <w:r>
        <w:rPr>
          <w:b w:val="0"/>
          <w:sz w:val="22"/>
        </w:rPr>
        <w:t>Endereço: ________________________________________________</w:t>
      </w:r>
    </w:p>
    <w:p/>
    <w:p>
      <w:r>
        <w:rPr>
          <w:b w:val="0"/>
          <w:sz w:val="22"/>
        </w:rPr>
        <w:t>Prezado(a) Senhor(a),</w:t>
      </w:r>
    </w:p>
    <w:p/>
    <w:p>
      <w:r>
        <w:rPr>
          <w:b w:val="0"/>
          <w:sz w:val="22"/>
        </w:rPr>
        <w:t>Eu, [Nome Completo], brasileiro(a), portador(a) do CPF nº ________________, e do RG nº ________________, residente e domiciliado(a) à ________________________________________________________________, venho, por meio desta, manifestar meu interesse e disponibilidade para integrar o quadro de colaboradores desta conceituada empresa.</w:t>
      </w:r>
    </w:p>
    <w:p/>
    <w:p>
      <w:r>
        <w:rPr>
          <w:b w:val="0"/>
          <w:sz w:val="22"/>
        </w:rPr>
        <w:t>Possuo experiência comprovada na área de [área ou cargo], desenvolvendo atividades relacionadas a [descrever brevemente as principais funções e competências]. Estou certo(a) de que minhas habilidades, minha dedicação e meu comprometimento poderão contribuir efetivamente para o crescimento e sucesso da empresa.</w:t>
      </w:r>
    </w:p>
    <w:p/>
    <w:p>
      <w:r>
        <w:rPr>
          <w:b w:val="0"/>
          <w:sz w:val="22"/>
        </w:rPr>
        <w:t>Ao longo de minha trajetória profissional, destaquei-me pela capacidade de trabalho em equipe, planejamento estratégico, cumprimento rigoroso de metas e adaptação a ambientes dinâmicos. Além disso, possuo formação acadêmica em [curso ou formação], o que complementa minha qualificação técnica.</w:t>
      </w:r>
    </w:p>
    <w:p/>
    <w:p>
      <w:r>
        <w:rPr>
          <w:b w:val="0"/>
          <w:sz w:val="22"/>
        </w:rPr>
        <w:t>Coloco-me à disposição para participar de processos seletivos, entrevistas ou quaisquer outras etapas necessárias para avaliação de meu perfil profissional.</w:t>
      </w:r>
    </w:p>
    <w:p/>
    <w:p>
      <w:r>
        <w:rPr>
          <w:b w:val="0"/>
          <w:sz w:val="22"/>
        </w:rPr>
        <w:t>Anexo a esta carta, encaminho meu currículo para análise e registro de interesse em oportunidades compatíveis com meu perfil.</w:t>
      </w:r>
    </w:p>
    <w:p/>
    <w:p>
      <w:r>
        <w:rPr>
          <w:b w:val="0"/>
          <w:sz w:val="22"/>
        </w:rPr>
        <w:t>Agradeço antecipadamente a atenção dispensada e coloco-me à disposição para quaisquer esclarecimentos.</w:t>
      </w:r>
    </w:p>
    <w:p/>
    <w:p>
      <w:r>
        <w:rPr>
          <w:b w:val="0"/>
          <w:sz w:val="22"/>
        </w:rPr>
        <w:t>Atenciosamente,</w:t>
      </w:r>
    </w:p>
    <w:p/>
    <w:p/>
    <w:p/>
    <w:p>
      <w:r>
        <w:rPr>
          <w:b/>
          <w:sz w:val="22"/>
        </w:rPr>
        <w:t>[Nome Completo]</w:t>
      </w:r>
    </w:p>
    <w:p>
      <w:r>
        <w:rPr>
          <w:b w:val="0"/>
          <w:sz w:val="22"/>
        </w:rPr>
        <w:t>CPF: _______________</w:t>
      </w:r>
    </w:p>
    <w:p>
      <w:r>
        <w:rPr>
          <w:b w:val="0"/>
          <w:sz w:val="22"/>
        </w:rPr>
        <w:t>Telefone: _______________</w:t>
      </w:r>
    </w:p>
    <w:p>
      <w:r>
        <w:rPr>
          <w:b w:val="0"/>
          <w:sz w:val="22"/>
        </w:rPr>
        <w:t>E-mail: _______________</w:t>
      </w:r>
    </w:p>
    <w:p/>
    <w:p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https://documentos-jus.com/carta-de-obtencao-de-novo-emprego/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arta-de-obtencao-de-novo-empreg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