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CARTA DE COBRANÇA DE ALUGUEL</w:t>
      </w:r>
    </w:p>
    <w:p/>
    <w:p/>
    <w:p>
      <w:r>
        <w:rPr>
          <w:b w:val="0"/>
          <w:i w:val="0"/>
          <w:sz w:val="22"/>
        </w:rPr>
        <w:t>Prezado(a) Senhor(a),</w:t>
      </w:r>
    </w:p>
    <w:p/>
    <w:p>
      <w:r>
        <w:rPr>
          <w:b w:val="0"/>
          <w:i w:val="0"/>
          <w:sz w:val="22"/>
        </w:rPr>
        <w:t>Eu, ________________________________________________, proprietário(a) do imóvel situado à ______________________________________________________________, venho por meio desta notificar V.Sa. acerca do atraso no pagamento do aluguel referente ao imóvel supracitado.</w:t>
      </w:r>
    </w:p>
    <w:p/>
    <w:p>
      <w:r>
        <w:rPr>
          <w:b/>
          <w:i w:val="0"/>
          <w:sz w:val="22"/>
        </w:rPr>
        <w:t>Contrato de Locação:</w:t>
      </w:r>
    </w:p>
    <w:p>
      <w:r>
        <w:rPr>
          <w:b w:val="0"/>
          <w:i w:val="0"/>
          <w:sz w:val="22"/>
        </w:rPr>
        <w:t>Locador(a): _________________________________________________</w:t>
      </w:r>
    </w:p>
    <w:p>
      <w:r>
        <w:rPr>
          <w:b w:val="0"/>
          <w:i w:val="0"/>
          <w:sz w:val="22"/>
        </w:rPr>
        <w:t>Locatário(a): ________________________________________________</w:t>
      </w:r>
    </w:p>
    <w:p>
      <w:r>
        <w:rPr>
          <w:b w:val="0"/>
          <w:i w:val="0"/>
          <w:sz w:val="22"/>
        </w:rPr>
        <w:t>Imóvel: ________________________________________________________</w:t>
      </w:r>
    </w:p>
    <w:p>
      <w:r>
        <w:rPr>
          <w:b w:val="0"/>
          <w:i w:val="0"/>
          <w:sz w:val="22"/>
        </w:rPr>
        <w:t>Endereço: ______________________________________________________</w:t>
      </w:r>
    </w:p>
    <w:p>
      <w:r>
        <w:rPr>
          <w:b w:val="0"/>
          <w:i w:val="0"/>
          <w:sz w:val="22"/>
        </w:rPr>
        <w:t>Valor do aluguel mensal: R$ _________________________________</w:t>
      </w:r>
    </w:p>
    <w:p>
      <w:r>
        <w:rPr>
          <w:b w:val="0"/>
          <w:i w:val="0"/>
          <w:sz w:val="22"/>
        </w:rPr>
        <w:t>Data de vencimento: todo dia ____ de cada mês</w:t>
      </w:r>
    </w:p>
    <w:p/>
    <w:p>
      <w:r>
        <w:rPr>
          <w:b w:val="0"/>
          <w:i w:val="0"/>
          <w:sz w:val="22"/>
        </w:rPr>
        <w:t>Constatou-se que o pagamento do aluguel referente ao mês de ___________________________ não foi efetuado até a presente data, configurando atraso no cumprimento da obrigação contratual.</w:t>
      </w:r>
    </w:p>
    <w:p/>
    <w:p>
      <w:r>
        <w:rPr>
          <w:b/>
          <w:i w:val="0"/>
          <w:sz w:val="22"/>
        </w:rPr>
        <w:t>Conforme previsto no contrato de locação e na legislação vigente (Lei nº 8.245/91), o atraso no pagamento do aluguel implica:</w:t>
      </w:r>
    </w:p>
    <w:p>
      <w:r>
        <w:rPr>
          <w:b w:val="0"/>
          <w:i w:val="0"/>
          <w:sz w:val="22"/>
        </w:rPr>
        <w:t>- Cobrança de multa contratual de até 10% sobre o valor do aluguel;</w:t>
      </w:r>
    </w:p>
    <w:p>
      <w:r>
        <w:rPr>
          <w:b w:val="0"/>
          <w:i w:val="0"/>
          <w:sz w:val="22"/>
        </w:rPr>
        <w:t>- Incidência de juros moratórios de 1% ao mês ou proporcional ao atraso;</w:t>
      </w:r>
    </w:p>
    <w:p>
      <w:r>
        <w:rPr>
          <w:b w:val="0"/>
          <w:i w:val="0"/>
          <w:sz w:val="22"/>
        </w:rPr>
        <w:t>- Correção monetária do valor devido;</w:t>
      </w:r>
    </w:p>
    <w:p>
      <w:r>
        <w:rPr>
          <w:b w:val="0"/>
          <w:i w:val="0"/>
          <w:sz w:val="22"/>
        </w:rPr>
        <w:t>- Possibilidade de rescisão contratual e despejo em caso de inadimplência prolongada.</w:t>
      </w:r>
    </w:p>
    <w:p/>
    <w:p>
      <w:r>
        <w:rPr>
          <w:b w:val="0"/>
          <w:i w:val="0"/>
          <w:sz w:val="22"/>
        </w:rPr>
        <w:t>Desta forma, solicito o pagamento imediato do valor devido, incluindo o aluguel atrasado, multas, juros e correção monetária, para evitar a adoção de medidas judiciais cabíveis.</w:t>
      </w:r>
    </w:p>
    <w:p/>
    <w:p>
      <w:r>
        <w:rPr>
          <w:b/>
          <w:i w:val="0"/>
          <w:sz w:val="22"/>
        </w:rPr>
        <w:t>Dados para pagamento:</w:t>
      </w:r>
    </w:p>
    <w:p>
      <w:r>
        <w:rPr>
          <w:b w:val="0"/>
          <w:i w:val="0"/>
          <w:sz w:val="22"/>
        </w:rPr>
        <w:t>Banco: _____________________________________</w:t>
      </w:r>
    </w:p>
    <w:p>
      <w:r>
        <w:rPr>
          <w:b w:val="0"/>
          <w:i w:val="0"/>
          <w:sz w:val="22"/>
        </w:rPr>
        <w:t>Agência: ___________________________________</w:t>
      </w:r>
    </w:p>
    <w:p>
      <w:r>
        <w:rPr>
          <w:b w:val="0"/>
          <w:i w:val="0"/>
          <w:sz w:val="22"/>
        </w:rPr>
        <w:t>Conta Corrente: _____________________________</w:t>
      </w:r>
    </w:p>
    <w:p>
      <w:r>
        <w:rPr>
          <w:b w:val="0"/>
          <w:i w:val="0"/>
          <w:sz w:val="22"/>
        </w:rPr>
        <w:t>Favorecido: __________________________________</w:t>
      </w:r>
    </w:p>
    <w:p>
      <w:r>
        <w:rPr>
          <w:b w:val="0"/>
          <w:i w:val="0"/>
          <w:sz w:val="22"/>
        </w:rPr>
        <w:t>CPF/CNPJ: ___________________________________</w:t>
      </w:r>
    </w:p>
    <w:p/>
    <w:p>
      <w:r>
        <w:rPr>
          <w:b w:val="0"/>
          <w:i w:val="0"/>
          <w:sz w:val="22"/>
        </w:rPr>
        <w:t>Fica concedido o prazo de 10 (dez) dias úteis a contar do recebimento desta carta para a regularização do débito.</w:t>
      </w:r>
    </w:p>
    <w:p/>
    <w:p>
      <w:r>
        <w:rPr>
          <w:b w:val="0"/>
          <w:i w:val="0"/>
          <w:sz w:val="22"/>
        </w:rPr>
        <w:t>Caso o pagamento não seja realizado dentro do prazo estipulado, serão adotadas as medidas legais necessárias para a cobrança do débito, incluindo ação judicial.</w:t>
      </w:r>
    </w:p>
    <w:p/>
    <w:p/>
    <w:p>
      <w:r>
        <w:rPr>
          <w:b w:val="0"/>
          <w:i w:val="0"/>
          <w:sz w:val="22"/>
        </w:rPr>
        <w:t>Atenciosamente,</w:t>
      </w:r>
    </w:p>
    <w:p/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Assinatura do(a) Locador(a)</w:t>
      </w:r>
    </w:p>
    <w:p/>
    <w:p/>
    <w:p>
      <w:r>
        <w:rPr>
          <w:b w:val="0"/>
          <w:i w:val="0"/>
          <w:sz w:val="22"/>
        </w:rPr>
        <w:t>Nome completo: ________________________________________________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</w:t>
      </w:r>
    </w:p>
    <w:p>
      <w:r>
        <w:rPr>
          <w:b w:val="0"/>
          <w:i w:val="0"/>
          <w:sz w:val="22"/>
        </w:rPr>
        <w:t>Telefone para contato: 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</w:t>
      </w:r>
    </w:p>
    <w:p/>
    <w:p/>
    <w:p>
      <w:r>
        <w:rPr>
          <w:b/>
          <w:i w:val="0"/>
          <w:sz w:val="22"/>
        </w:rPr>
        <w:t>Observações:</w:t>
      </w:r>
    </w:p>
    <w:p>
      <w:r>
        <w:rPr>
          <w:b w:val="0"/>
          <w:i/>
          <w:sz w:val="22"/>
        </w:rPr>
        <w:t>Esta carta constitui notificação extrajudicial para fins de cobrança de aluguel em atraso, respeitando os direitos e deveres previstos na Lei do Inquilinato (Lei nº 8.245/91) e demais legislações aplicáveis.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https://documentos-jus.com/carta-de-cobranca-de-aluguel/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carta-de-cobranca-de-aluguel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