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ANUÊNCIA</w:t>
      </w:r>
    </w:p>
    <w:p/>
    <w:p/>
    <w:p>
      <w:pPr>
        <w:ind w:firstLine="425"/>
      </w:pPr>
      <w:r>
        <w:rPr>
          <w:b w:val="0"/>
          <w:sz w:val="22"/>
        </w:rPr>
        <w:t>Eu, ________________________________________________, brasileiro(a), portador(a) do RG nº __________________ e CPF nº ____________________, residente e domiciliado(a) à ________________________________________________________________, na qualidade de ____________________________________________, venho por meio desta manifestar minha anuência para que o(a) Sr.(a) ________________________________________________, portador(a) do RG nº __________________ e CPF nº ____________________, realize junto a ________________________________________________ todas as providências necessárias relativas a ____________________________________________, conferindo-lhe poderes para representar-me, assinar documentos, requerer e praticar todos os atos necessários ao fiel cumprimento deste mandato.</w:t>
      </w:r>
    </w:p>
    <w:p/>
    <w:p>
      <w:pPr>
        <w:ind w:firstLine="425"/>
      </w:pPr>
      <w:r>
        <w:rPr>
          <w:b w:val="0"/>
          <w:sz w:val="22"/>
        </w:rPr>
        <w:t>Declaro, para os devidos fins, que esta anuência é concedida de forma livre, espontânea e sem qualquer coação, estando ciente de todas as implicações legais decorrentes deste ato.</w:t>
      </w:r>
    </w:p>
    <w:p/>
    <w:p>
      <w:pPr>
        <w:ind w:firstLine="425"/>
      </w:pPr>
      <w:r>
        <w:rPr>
          <w:b w:val="0"/>
          <w:sz w:val="22"/>
        </w:rPr>
        <w:t>Por ser expressão da verdade e para que produza seus efeitos legais, firmo a presente carta de anuência.</w:t>
      </w:r>
    </w:p>
    <w:p/>
    <w:p/>
    <w:p/>
    <w:p>
      <w:pPr>
        <w:jc w:val="center"/>
      </w:pPr>
      <w:r>
        <w:rPr>
          <w:b w:val="0"/>
          <w:sz w:val="22"/>
        </w:rPr>
        <w:t>______________________________, ______________________________.</w:t>
      </w:r>
    </w:p>
    <w:p>
      <w:pPr>
        <w:jc w:val="center"/>
      </w:pPr>
      <w:r>
        <w:rPr>
          <w:b w:val="0"/>
          <w:sz w:val="22"/>
        </w:rPr>
        <w:t>Local                                        Data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sz w:val="22"/>
        </w:rPr>
        <w:t>Assinatura</w:t>
      </w:r>
    </w:p>
    <w:p/>
    <w:p/>
    <w:p>
      <w:r>
        <w:rPr>
          <w:b/>
          <w:sz w:val="22"/>
        </w:rPr>
        <w:t>Testemunhas: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Nome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CPF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</w:p>
        </w:tc>
      </w:tr>
    </w:tbl>
    <w:p/>
    <w:p>
      <w:pPr>
        <w:jc w:val="center"/>
      </w:pPr>
      <w:r>
        <w:rPr>
          <w:b w:val="0"/>
        </w:rPr>
        <w:t>______________________________                        ______________________________</w:t>
      </w:r>
    </w:p>
    <w:p>
      <w:pPr>
        <w:jc w:val="center"/>
      </w:pPr>
      <w:r>
        <w:rPr>
          <w:b w:val="0"/>
          <w:sz w:val="22"/>
        </w:rPr>
        <w:t>Assinatura Testemunha 1                      Assinatura Testemunha 2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https://documentos-jus.com/carta-de-anuencia/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arta-de-anuenci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