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AUTODECLARAÇÃO RURAL</w:t>
      </w:r>
    </w:p>
    <w:p/>
    <w:p>
      <w:r>
        <w:rPr>
          <w:b w:val="0"/>
          <w:i w:val="0"/>
          <w:sz w:val="22"/>
        </w:rPr>
        <w:t>Eu, ____________________________________________, brasileiro(a), portador(a) do CPF nº ______________________ e do RG nº ___________________, residente e domiciliado(a) na ________________________________________________, Município de ______________________, Estado de ____________________, declaro para os devidos fins, em especial para fins de comprovação perante órgãos públicos e privados, o seguinte:</w:t>
      </w:r>
    </w:p>
    <w:p/>
    <w:p>
      <w:r>
        <w:rPr>
          <w:b w:val="0"/>
          <w:i w:val="0"/>
          <w:sz w:val="22"/>
        </w:rPr>
        <w:t>1. Que sou trabalhador(a) rural, exercendo atividade no meio rural de forma habitual, direta e pessoal, em regime de economia familiar, sem vínculo empregatício, conforme previsto no art. 3º da Lei nº 5.889/1973 e demais legislações aplicáveis;</w:t>
      </w:r>
    </w:p>
    <w:p/>
    <w:p>
      <w:r>
        <w:rPr>
          <w:b w:val="0"/>
          <w:i w:val="0"/>
          <w:sz w:val="22"/>
        </w:rPr>
        <w:t>2. Que exerço a atividade de ____________________________________________________________ (descrever atividade principal – ex.: agricultura, pecuária, extrativismo, pesca artesanal, etc.);</w:t>
      </w:r>
    </w:p>
    <w:p/>
    <w:p>
      <w:r>
        <w:rPr>
          <w:b w:val="0"/>
          <w:i w:val="0"/>
          <w:sz w:val="22"/>
        </w:rPr>
        <w:t>3. Que a minha atividade rural é exercida no imóvel localizado na seguinte propriedade:</w:t>
      </w:r>
    </w:p>
    <w:p>
      <w:r>
        <w:rPr>
          <w:b w:val="0"/>
          <w:i w:val="0"/>
          <w:sz w:val="22"/>
        </w:rPr>
        <w:t xml:space="preserve">   - Endereço: ________________________________________________________________</w:t>
      </w:r>
    </w:p>
    <w:p>
      <w:r>
        <w:rPr>
          <w:b w:val="0"/>
          <w:i w:val="0"/>
          <w:sz w:val="22"/>
        </w:rPr>
        <w:t xml:space="preserve">   - Município: ___________________________   - Estado: _________________________</w:t>
      </w:r>
    </w:p>
    <w:p>
      <w:r>
        <w:rPr>
          <w:b w:val="0"/>
          <w:i w:val="0"/>
          <w:sz w:val="22"/>
        </w:rPr>
        <w:t xml:space="preserve">   - Área total do imóvel (ha): ____________________</w:t>
      </w:r>
    </w:p>
    <w:p>
      <w:r>
        <w:rPr>
          <w:b w:val="0"/>
          <w:i w:val="0"/>
          <w:sz w:val="22"/>
        </w:rPr>
        <w:t xml:space="preserve">   - Área destinada à atividade rural (ha): ____________________</w:t>
      </w:r>
    </w:p>
    <w:p/>
    <w:p>
      <w:r>
        <w:rPr>
          <w:b w:val="0"/>
          <w:i w:val="0"/>
          <w:sz w:val="22"/>
        </w:rPr>
        <w:t>4. Que sou proprietário(a)/posseiro(a)/arrendatário(a)/parceiro(a) do imóvel descrito acima (assinalar a condição correta);</w:t>
      </w:r>
    </w:p>
    <w:p/>
    <w:p>
      <w:r>
        <w:rPr>
          <w:b w:val="0"/>
          <w:i w:val="0"/>
          <w:sz w:val="22"/>
        </w:rPr>
        <w:t>5. Que a renda familiar advinda da atividade rural é a minha fonte principal de sustento e da minha família;</w:t>
      </w:r>
    </w:p>
    <w:p/>
    <w:p>
      <w:r>
        <w:rPr>
          <w:b w:val="0"/>
          <w:i w:val="0"/>
          <w:sz w:val="22"/>
        </w:rPr>
        <w:t>6. Que esta declaração é feita para fins de comprovação de minha condição de trabalhador(a) rural perante órgãos públicos, instituições financeiras, programas sociais, previdenciários e quaisquer outras entidades que exijam tal comprovação;</w:t>
      </w:r>
    </w:p>
    <w:p/>
    <w:p>
      <w:r>
        <w:rPr>
          <w:b w:val="0"/>
          <w:i w:val="0"/>
          <w:sz w:val="22"/>
        </w:rPr>
        <w:t>Declaro, sob as penas da lei, que as informações prestadas são verdadeiras e que estou ciente das sanções legais em caso de falsidade.</w:t>
      </w:r>
    </w:p>
    <w:p/>
    <w:p>
      <w:r>
        <w:rPr>
          <w:b w:val="0"/>
          <w:i w:val="0"/>
          <w:sz w:val="22"/>
        </w:rPr>
        <w:t>Sem mais para o momento, firmo a presente autodeclaração.</w:t>
      </w:r>
    </w:p>
    <w:p/>
    <w:p>
      <w:r>
        <w:rPr>
          <w:b w:val="0"/>
          <w:i w:val="0"/>
          <w:sz w:val="22"/>
        </w:rPr>
        <w:t>______________________________                             ______________________________</w:t>
      </w:r>
    </w:p>
    <w:p>
      <w:r>
        <w:rPr>
          <w:b w:val="0"/>
          <w:i w:val="0"/>
          <w:sz w:val="22"/>
        </w:rPr>
        <w:t>Assinatura do(a) Declarado(a)                              Testemunha 1</w:t>
      </w:r>
    </w:p>
    <w:p>
      <w:r>
        <w:rPr>
          <w:b w:val="0"/>
          <w:i w:val="0"/>
          <w:sz w:val="22"/>
        </w:rPr>
        <w:t>Nome: __________________________________________________ Nome: ____________________________</w:t>
      </w:r>
    </w:p>
    <w:p>
      <w:r>
        <w:rPr>
          <w:b w:val="0"/>
          <w:i w:val="0"/>
          <w:sz w:val="22"/>
        </w:rPr>
        <w:t>CPF: ____________________________________________________ CPF: _____________________________</w:t>
      </w:r>
    </w:p>
    <w:p/>
    <w:p>
      <w:r>
        <w:rPr>
          <w:b w:val="0"/>
          <w:i w:val="0"/>
          <w:sz w:val="22"/>
        </w:rPr>
        <w:t>______________________________                             ______________________________</w:t>
      </w:r>
    </w:p>
    <w:p>
      <w:r>
        <w:rPr>
          <w:b w:val="0"/>
          <w:i w:val="0"/>
          <w:sz w:val="22"/>
        </w:rPr>
        <w:t>Testemunha 2                                               Testemunha 3</w:t>
      </w:r>
    </w:p>
    <w:p>
      <w:r>
        <w:rPr>
          <w:b w:val="0"/>
          <w:i w:val="0"/>
          <w:sz w:val="22"/>
        </w:rPr>
        <w:t>Nome: __________________________________________________ Nome: ____________________________</w:t>
      </w:r>
    </w:p>
    <w:p>
      <w:r>
        <w:rPr>
          <w:b w:val="0"/>
          <w:i w:val="0"/>
          <w:sz w:val="22"/>
        </w:rPr>
        <w:t>CPF: ____________________________________________________ CPF: _____________________________</w:t>
      </w:r>
    </w:p>
    <w:p/>
    <w:p>
      <w:r>
        <w:rPr>
          <w:b w:val="0"/>
          <w:i w:val="0"/>
          <w:sz w:val="22"/>
        </w:rPr>
        <w:t>Obs.: Esta autodeclaração pode ser utilizada para comprovação junto a órgãos públicos, cooperativas, bancos e demais entidades que exijam tal comprovação para fins previdenciários, creditícios, sociais ou tributários.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https://documentos-jus.com/autodeclaracao-rural/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utodeclaracao-rura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