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ATESTADO DE COMPARECIMENTO</w:t>
      </w:r>
    </w:p>
    <w:p/>
    <w:p/>
    <w:p>
      <w:r>
        <w:rPr>
          <w:b w:val="0"/>
          <w:sz w:val="22"/>
        </w:rPr>
        <w:t>Declaramos, para os devidos fins, que o(a) Sr.(a) ________________________________________________________________, portador(a) do RG nº ________________________________ e CPF nº ________________________________, compareceu a esta instituição/empresa ________________________________________________________, localizada à ________________________________________________________________, no período das ___ horas às ___ horas do dia ________________, com a finalidade de _________________________________________________________________________________.</w:t>
      </w:r>
    </w:p>
    <w:p/>
    <w:p/>
    <w:p>
      <w:r>
        <w:rPr>
          <w:b w:val="0"/>
          <w:sz w:val="22"/>
        </w:rPr>
        <w:t>Este atestado é emitido para comprovar o comparecimento acima especificado, sem outros fins ou efeitos jurídicos, conforme solicitado pelo(a) interessado(a).</w:t>
      </w:r>
    </w:p>
    <w:p/>
    <w:p/>
    <w:p>
      <w:r>
        <w:rPr>
          <w:b w:val="0"/>
          <w:sz w:val="22"/>
        </w:rPr>
        <w:t>Sem mais para o momento, firmamos o presente atestado.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</w:t>
      </w:r>
    </w:p>
    <w:p>
      <w:pPr>
        <w:jc w:val="center"/>
      </w:pPr>
      <w:r>
        <w:rPr>
          <w:b w:val="0"/>
          <w:sz w:val="22"/>
        </w:rPr>
        <w:t>Local e Data: ______________________________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</w:t>
      </w:r>
    </w:p>
    <w:p>
      <w:pPr>
        <w:jc w:val="center"/>
      </w:pPr>
      <w:r>
        <w:rPr>
          <w:b w:val="0"/>
          <w:sz w:val="22"/>
        </w:rPr>
        <w:t>Nome e assinatura do responsável pela emissão</w:t>
      </w:r>
    </w:p>
    <w:p>
      <w:pPr>
        <w:jc w:val="center"/>
      </w:pPr>
      <w:r>
        <w:rPr>
          <w:b w:val="0"/>
          <w:sz w:val="22"/>
        </w:rPr>
        <w:t>Cargo: _______________________________________</w:t>
      </w:r>
    </w:p>
    <w:p>
      <w:pPr>
        <w:jc w:val="center"/>
      </w:pPr>
      <w:r>
        <w:rPr>
          <w:b w:val="0"/>
          <w:sz w:val="22"/>
        </w:rPr>
        <w:t>Telefone para contato: _______________________</w:t>
      </w:r>
    </w:p>
    <w:p>
      <w:pPr>
        <w:jc w:val="center"/>
      </w:pPr>
      <w:r>
        <w:rPr>
          <w:b w:val="0"/>
          <w:sz w:val="22"/>
        </w:rPr>
        <w:t>Carimbo/identificação da instituição/empresa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https://documentos-jus.com/atestado-de-comparecimento/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testado-de-compareciment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