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ADITIVO AO CONTRATO DE LOCAÇÃO RESIDENCIAL</w:t>
      </w:r>
    </w:p>
    <w:p/>
    <w:p/>
    <w:p>
      <w:r>
        <w:rPr>
          <w:b w:val="0"/>
          <w:sz w:val="20"/>
        </w:rPr>
        <w:t>LOCADOR(A):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</w:t>
      </w:r>
    </w:p>
    <w:p/>
    <w:p>
      <w:r>
        <w:rPr>
          <w:b w:val="0"/>
          <w:sz w:val="20"/>
        </w:rPr>
        <w:t>LOCATÁRIO(A): 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</w:t>
      </w:r>
    </w:p>
    <w:p/>
    <w:p>
      <w:r>
        <w:rPr>
          <w:b w:val="0"/>
          <w:sz w:val="20"/>
        </w:rPr>
        <w:t>IMÓVEL OBJETO DA LOCAÇÃO: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Tipo: ________________________________  Área: _____________________________</w:t>
      </w:r>
    </w:p>
    <w:p>
      <w:r>
        <w:rPr>
          <w:b w:val="0"/>
          <w:sz w:val="20"/>
        </w:rPr>
        <w:t>Condomínio: _______________________________________________________________</w:t>
      </w:r>
    </w:p>
    <w:p/>
    <w:p>
      <w:r>
        <w:rPr>
          <w:b w:val="0"/>
          <w:sz w:val="20"/>
        </w:rPr>
        <w:t>CONTRATO ORIGINAL:</w:t>
      </w:r>
    </w:p>
    <w:p>
      <w:r>
        <w:rPr>
          <w:b w:val="0"/>
          <w:sz w:val="20"/>
        </w:rPr>
        <w:t>Data da assinatura: __________________________</w:t>
      </w:r>
    </w:p>
    <w:p>
      <w:r>
        <w:rPr>
          <w:b w:val="0"/>
          <w:sz w:val="20"/>
        </w:rPr>
        <w:t>Prazo: _______________ meses</w:t>
      </w:r>
    </w:p>
    <w:p>
      <w:r>
        <w:rPr>
          <w:b w:val="0"/>
          <w:sz w:val="20"/>
        </w:rPr>
        <w:t>Valor do aluguel mensal: R$ _______________________________</w:t>
      </w:r>
    </w:p>
    <w:p/>
    <w:p>
      <w:r>
        <w:rPr>
          <w:b w:val="0"/>
          <w:sz w:val="20"/>
        </w:rPr>
        <w:t>As partes acima qualificadas, de comum acordo, resolvem firmar o presente Aditivo ao Contrato de Locação Residencial, que se regerá pelas cláusulas e condições seguintes:</w:t>
      </w:r>
    </w:p>
    <w:p/>
    <w:p>
      <w:r>
        <w:rPr>
          <w:b/>
          <w:sz w:val="20"/>
        </w:rPr>
        <w:t>CLÁUSULA 1ª - DO OBJETO</w:t>
      </w:r>
    </w:p>
    <w:p>
      <w:r>
        <w:rPr>
          <w:b w:val="0"/>
          <w:sz w:val="20"/>
        </w:rPr>
        <w:t>Este Aditivo tem por objeto a alteração das condições estabelecidas no contrato original de locação residencial acima referido, sem modificação da locação em si.</w:t>
      </w:r>
    </w:p>
    <w:p/>
    <w:p>
      <w:r>
        <w:rPr>
          <w:b/>
          <w:sz w:val="20"/>
        </w:rPr>
        <w:t>CLÁUSULA 2ª - DO PRAZO</w:t>
      </w:r>
    </w:p>
    <w:p>
      <w:r>
        <w:rPr>
          <w:b w:val="0"/>
          <w:sz w:val="20"/>
        </w:rPr>
        <w:t>Fica alterado o prazo da locação para o período de _______________ meses, com início em _______________ e término em _______________, permanecendo as demais cláusulas do contrato original vigentes.</w:t>
      </w:r>
    </w:p>
    <w:p/>
    <w:p>
      <w:r>
        <w:rPr>
          <w:b/>
          <w:sz w:val="20"/>
        </w:rPr>
        <w:t>CLÁUSULA 3ª - DO VALOR DO ALUGUEL</w:t>
      </w:r>
    </w:p>
    <w:p>
      <w:r>
        <w:rPr>
          <w:b w:val="0"/>
          <w:sz w:val="20"/>
        </w:rPr>
        <w:t>O valor mensal do aluguel fica reajustado para R$ ______________________ (valor por extenso: ________________________________), a ser pago até o dia ____ de cada mês, nas condições estabelecidas no contrato original.</w:t>
      </w:r>
    </w:p>
    <w:p/>
    <w:p>
      <w:r>
        <w:rPr>
          <w:b/>
          <w:sz w:val="20"/>
        </w:rPr>
        <w:t>CLÁUSULA 4ª - DAS CONDIÇÕES DE PAGAMENTO</w:t>
      </w:r>
    </w:p>
    <w:p>
      <w:r>
        <w:rPr>
          <w:b w:val="0"/>
          <w:sz w:val="20"/>
        </w:rPr>
        <w:t>Permanecem inalteradas as condições de pagamento, encargos e demais obrigações previstas no contrato original, salvo o disposto neste Aditivo.</w:t>
      </w:r>
    </w:p>
    <w:p/>
    <w:p>
      <w:r>
        <w:rPr>
          <w:b/>
          <w:sz w:val="20"/>
        </w:rPr>
        <w:t>CLÁUSULA 5ª - DAS DEMAIS CLÁUSULAS</w:t>
      </w:r>
    </w:p>
    <w:p>
      <w:r>
        <w:rPr>
          <w:b w:val="0"/>
          <w:sz w:val="20"/>
        </w:rPr>
        <w:t>Todas as demais cláusulas e condições do contrato original que não forem alteradas por este Aditivo permanecem em pleno vigor e eficácia.</w:t>
      </w:r>
    </w:p>
    <w:p/>
    <w:p>
      <w:r>
        <w:rPr>
          <w:b/>
          <w:sz w:val="20"/>
        </w:rPr>
        <w:t>CLÁUSULA 6ª - DA RATIFICAÇÃO</w:t>
      </w:r>
    </w:p>
    <w:p>
      <w:r>
        <w:rPr>
          <w:b w:val="0"/>
          <w:sz w:val="20"/>
        </w:rPr>
        <w:t>Ratificam as partes, em todos os seus termos, o contrato original, que permanece vigente e em pleno vigor, salvo as alterações ora ajustadas.</w:t>
      </w:r>
    </w:p>
    <w:p/>
    <w:p>
      <w:r>
        <w:rPr>
          <w:b w:val="0"/>
          <w:sz w:val="20"/>
        </w:rPr>
        <w:t>E, por estarem assim justas e acordadas, as partes assinam o presente Aditivo, em duas vias de igual teor e forma, na presença das testemunhas abaixo indicadas.</w:t>
      </w:r>
    </w:p>
    <w:p/>
    <w:p>
      <w:r>
        <w:rPr>
          <w:b w:val="0"/>
          <w:sz w:val="20"/>
        </w:rPr>
        <w:t>Local: ________________________________________</w:t>
      </w:r>
    </w:p>
    <w:p>
      <w:r>
        <w:rPr>
          <w:b w:val="0"/>
          <w:sz w:val="20"/>
        </w:rPr>
        <w:t>Data: _________________________________________</w:t>
      </w:r>
    </w:p>
    <w:p/>
    <w:p>
      <w:r>
        <w:rPr>
          <w:b w:val="0"/>
          <w:sz w:val="20"/>
        </w:rPr>
        <w:t>_____________________________________________             _____________________________________________</w:t>
      </w:r>
    </w:p>
    <w:p>
      <w:r>
        <w:rPr>
          <w:b w:val="0"/>
          <w:sz w:val="20"/>
        </w:rPr>
        <w:t>LOCADOR(A)                                                     LOCATÁRIO(A)</w:t>
      </w:r>
    </w:p>
    <w:p/>
    <w:p>
      <w:r>
        <w:rPr>
          <w:b w:val="0"/>
          <w:sz w:val="20"/>
        </w:rPr>
        <w:t>Testemunhas:</w:t>
      </w:r>
    </w:p>
    <w:p/>
    <w:p>
      <w:r>
        <w:rPr>
          <w:b w:val="0"/>
          <w:sz w:val="20"/>
        </w:rPr>
        <w:t>1) Nome: ____________________________________    CPF: __________________________</w:t>
      </w:r>
    </w:p>
    <w:p>
      <w:r>
        <w:rPr>
          <w:b w:val="0"/>
          <w:sz w:val="20"/>
        </w:rPr>
        <w:t>Assinatura: __________________________________</w:t>
      </w:r>
    </w:p>
    <w:p/>
    <w:p>
      <w:r>
        <w:rPr>
          <w:b w:val="0"/>
          <w:sz w:val="20"/>
        </w:rPr>
        <w:t>2) Nome: ____________________________________    CPF: __________________________</w:t>
      </w:r>
    </w:p>
    <w:p>
      <w:r>
        <w:rPr>
          <w:b w:val="0"/>
          <w:sz w:val="20"/>
        </w:rPr>
        <w:t>Assinatura: 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https://documentos-jus.com/aditivo-de-contrato-de-aluguel/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ditivo-de-contrato-de-alugue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