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ACORDO EXTRAJUDICIAL DE INDENIZAÇÃO POR ACIDENTE DE TRÂNSITO</w:t>
      </w:r>
    </w:p>
    <w:p/>
    <w:p/>
    <w:p>
      <w:r>
        <w:rPr>
          <w:b w:val="0"/>
          <w:sz w:val="22"/>
        </w:rPr>
        <w:t>Pelo presente instrumento particular, as partes abaixo assinadas:</w:t>
      </w:r>
    </w:p>
    <w:p/>
    <w:p>
      <w:r>
        <w:rPr>
          <w:b/>
          <w:sz w:val="22"/>
        </w:rPr>
        <w:t>I – IDENTIFICAÇÃO DAS PARTES</w:t>
      </w:r>
    </w:p>
    <w:p/>
    <w:p>
      <w:r>
        <w:rPr>
          <w:b w:val="0"/>
          <w:sz w:val="22"/>
        </w:rPr>
        <w:t>1. Requerente (Vítima):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 w:val="0"/>
          <w:sz w:val="22"/>
        </w:rPr>
        <w:t>2. Requerido (Responsável/Segurado):</w:t>
      </w:r>
    </w:p>
    <w:p>
      <w:r>
        <w:rPr>
          <w:b w:val="0"/>
          <w:sz w:val="22"/>
        </w:rPr>
        <w:t>Nome/Razão Social: 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</w:t>
      </w:r>
    </w:p>
    <w:p>
      <w:r>
        <w:rPr>
          <w:b w:val="0"/>
          <w:sz w:val="22"/>
        </w:rPr>
        <w:t>RG/Inscrição Estadual: 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/>
    <w:p>
      <w:r>
        <w:rPr>
          <w:b/>
          <w:sz w:val="22"/>
        </w:rPr>
        <w:t>II – DOS FATOS</w:t>
      </w:r>
    </w:p>
    <w:p/>
    <w:p>
      <w:r>
        <w:rPr>
          <w:b w:val="0"/>
          <w:sz w:val="22"/>
        </w:rPr>
        <w:t>1. As partes reconhecem que no dia ___/___/____, ocorreu um acidente de trânsito envolvendo os veículos descritos abaixo, sem que houvesse vítimas fatais ou lesões corporais graves, conforme relato e documentos anexos:</w:t>
      </w:r>
    </w:p>
    <w:p>
      <w:r>
        <w:rPr>
          <w:b w:val="0"/>
          <w:sz w:val="22"/>
        </w:rPr>
        <w:t>- Veículo do Requerente: Marca/Modelo _______________ Placa _______________</w:t>
      </w:r>
    </w:p>
    <w:p>
      <w:r>
        <w:rPr>
          <w:b w:val="0"/>
          <w:sz w:val="22"/>
        </w:rPr>
        <w:t>- Veículo do Requerido: Marca/Modelo ________________ Placa _______________</w:t>
      </w:r>
    </w:p>
    <w:p>
      <w:r>
        <w:rPr>
          <w:b w:val="0"/>
          <w:sz w:val="22"/>
        </w:rPr>
        <w:t>2. Reconhecem que o acidente causou danos materiais que serão objeto deste acordo.</w:t>
      </w:r>
    </w:p>
    <w:p>
      <w:r>
        <w:rPr>
          <w:b w:val="0"/>
          <w:sz w:val="22"/>
        </w:rPr>
        <w:t>3. As partes declaram que desejam resolver amigavelmente as questões decorrentes do acidente, sem necessidade de intervenção judicial.</w:t>
      </w:r>
    </w:p>
    <w:p/>
    <w:p/>
    <w:p>
      <w:r>
        <w:rPr>
          <w:b/>
          <w:sz w:val="22"/>
        </w:rPr>
        <w:t>III – DO ACORDO</w:t>
      </w:r>
    </w:p>
    <w:p/>
    <w:p>
      <w:r>
        <w:rPr>
          <w:b w:val="0"/>
          <w:sz w:val="22"/>
        </w:rPr>
        <w:t>Cláusula 1ª – DO OBJETO</w:t>
      </w:r>
    </w:p>
    <w:p>
      <w:r>
        <w:rPr>
          <w:b w:val="0"/>
          <w:sz w:val="22"/>
        </w:rPr>
        <w:t>O presente acordo tem por objeto a quitação dos danos materiais provenientes do acidente descrito, conforme valores e condições abaixo:</w:t>
      </w:r>
    </w:p>
    <w:p>
      <w:r>
        <w:rPr>
          <w:b w:val="0"/>
          <w:sz w:val="22"/>
        </w:rPr>
        <w:t>Valor total acordado: R$ ______________________________ (______________________________ reais).</w:t>
      </w:r>
    </w:p>
    <w:p/>
    <w:p>
      <w:r>
        <w:rPr>
          <w:b w:val="0"/>
          <w:sz w:val="22"/>
        </w:rPr>
        <w:t>Cláusula 2ª – DO PAGAMENTO</w:t>
      </w:r>
    </w:p>
    <w:p>
      <w:r>
        <w:rPr>
          <w:b w:val="0"/>
          <w:sz w:val="22"/>
        </w:rPr>
        <w:t>O valor será pago da seguinte forma:</w:t>
      </w:r>
    </w:p>
    <w:p>
      <w:r>
        <w:rPr>
          <w:b w:val="0"/>
          <w:sz w:val="22"/>
        </w:rPr>
        <w:t>- Valor à vista: R$ ______________________________; OU</w:t>
      </w:r>
    </w:p>
    <w:p>
      <w:r>
        <w:rPr>
          <w:b w:val="0"/>
          <w:sz w:val="22"/>
        </w:rPr>
        <w:t>- Parcelado em ____ (____) vezes mensais, iguais e consecutivas de R$ ______________, com vencimento todo dia ___ de cada mês, iniciando-se em ___/___/____.</w:t>
      </w:r>
    </w:p>
    <w:p/>
    <w:p>
      <w:r>
        <w:rPr>
          <w:b w:val="0"/>
          <w:sz w:val="22"/>
        </w:rPr>
        <w:t>Cláusula 3ª – DA QUITAÇÃO</w:t>
      </w:r>
    </w:p>
    <w:p>
      <w:r>
        <w:rPr>
          <w:b w:val="0"/>
          <w:sz w:val="22"/>
        </w:rPr>
        <w:t>Com o pagamento integral do valor acordado, o Requerente dará plena, geral e irrevogável quitação ao Requerido, nada mais podendo cobrar a qualquer título, relacionado ao acidente mencionado.</w:t>
      </w:r>
    </w:p>
    <w:p/>
    <w:p>
      <w:r>
        <w:rPr>
          <w:b w:val="0"/>
          <w:sz w:val="22"/>
        </w:rPr>
        <w:t>Cláusula 4ª – DAS OBRIGAÇÕES DAS PARTES</w:t>
      </w:r>
    </w:p>
    <w:p>
      <w:r>
        <w:rPr>
          <w:b w:val="0"/>
          <w:sz w:val="22"/>
        </w:rPr>
        <w:t>a) O Requerido compromete-se a realizar o pagamento conforme cláusula 2ª;</w:t>
      </w:r>
    </w:p>
    <w:p>
      <w:r>
        <w:rPr>
          <w:b w:val="0"/>
          <w:sz w:val="22"/>
        </w:rPr>
        <w:t>b) O Requerente compromete-se a não ingressar com ação judicial relativa ao acidente e a entregar os documentos necessários para formalização do acordo;</w:t>
      </w:r>
    </w:p>
    <w:p>
      <w:r>
        <w:rPr>
          <w:b w:val="0"/>
          <w:sz w:val="22"/>
        </w:rPr>
        <w:t>c) As partes comprometem-se a manter a boa-fé e colaborar para o cumprimento deste acordo.</w:t>
      </w:r>
    </w:p>
    <w:p/>
    <w:p>
      <w:r>
        <w:rPr>
          <w:b w:val="0"/>
          <w:sz w:val="22"/>
        </w:rPr>
        <w:t>Cláusula 5ª – DAS PENALIDADES</w:t>
      </w:r>
    </w:p>
    <w:p>
      <w:r>
        <w:rPr>
          <w:b w:val="0"/>
          <w:sz w:val="22"/>
        </w:rPr>
        <w:t>Em caso de inadimplemento por parte do Requerido, será aplicada multa de 10% sobre o valor devido, além de juros de mora de 1% ao mês e correção monetária conforme índice oficial.</w:t>
      </w:r>
    </w:p>
    <w:p/>
    <w:p>
      <w:r>
        <w:rPr>
          <w:b w:val="0"/>
          <w:sz w:val="22"/>
        </w:rPr>
        <w:t>Cláusula 6ª – DA IRREVOGABILIDADE E IRRETRATABILIDADE</w:t>
      </w:r>
    </w:p>
    <w:p>
      <w:r>
        <w:rPr>
          <w:b w:val="0"/>
          <w:sz w:val="22"/>
        </w:rPr>
        <w:t>O presente acordo é firmado em caráter irrevogável e irretratável, obrigando as partes e seus sucessores.</w:t>
      </w:r>
    </w:p>
    <w:p/>
    <w:p>
      <w:r>
        <w:rPr>
          <w:b w:val="0"/>
          <w:sz w:val="22"/>
        </w:rPr>
        <w:t>Cláusula 7ª – DO FORO</w:t>
      </w:r>
    </w:p>
    <w:p>
      <w:r>
        <w:rPr>
          <w:b w:val="0"/>
          <w:sz w:val="22"/>
        </w:rPr>
        <w:t>Para dirimir quaisquer controvérsias oriundas deste acordo, as partes elegem o foro da comarca de ____________________, com renúncia a qualquer outro, por mais privilegiado que seja.</w:t>
      </w:r>
    </w:p>
    <w:p/>
    <w:p/>
    <w:p>
      <w:r>
        <w:rPr>
          <w:b w:val="0"/>
          <w:sz w:val="22"/>
        </w:rPr>
        <w:t>E, por estarem assim justas e acordadas, firmam o presente instrumento em 2 (duas) vias de igual teor e forma, na presença das testemunhas abaixo.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  <w:br/>
              <w:t>Requerente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  <w:br/>
              <w:t>Requerido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  <w:br/>
              <w:t>Testemunha 1</w:t>
              <w:br/>
              <w:t>Nome: ______________________________</w:t>
              <w:br/>
              <w:t>CPF: _______________________________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  <w:br/>
              <w:t>Testemunha 2</w:t>
              <w:br/>
              <w:t>Nome: ______________________________</w:t>
              <w:br/>
              <w:t>CPF: _______________________________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https://documentos-jus.com/acordo-extrajudicial-acidente-de-transito/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cordo-extrajudicial-acidente-de-transit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