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DANOS MORAIS E MATERIAIS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/>
    <w:p>
      <w:r>
        <w:rPr>
          <w:b/>
          <w:sz w:val="22"/>
        </w:rPr>
        <w:t>AUTOR:</w:t>
      </w:r>
    </w:p>
    <w:p>
      <w:r>
        <w:rPr>
          <w:b w:val="0"/>
          <w:sz w:val="20"/>
        </w:rPr>
        <w:t>Nome: _______________________________________________________</w:t>
      </w:r>
    </w:p>
    <w:p>
      <w:r>
        <w:rPr>
          <w:b w:val="0"/>
          <w:sz w:val="20"/>
        </w:rPr>
        <w:t>Nacionalidade: _______________________________________________</w:t>
      </w:r>
    </w:p>
    <w:p>
      <w:r>
        <w:rPr>
          <w:b w:val="0"/>
          <w:sz w:val="20"/>
        </w:rPr>
        <w:t>Estado Civil: ________________________________________________</w:t>
      </w:r>
    </w:p>
    <w:p>
      <w:r>
        <w:rPr>
          <w:b w:val="0"/>
          <w:sz w:val="20"/>
        </w:rPr>
        <w:t>Profissão: ___________________________________________________</w:t>
      </w:r>
    </w:p>
    <w:p>
      <w:r>
        <w:rPr>
          <w:b w:val="0"/>
          <w:sz w:val="20"/>
        </w:rPr>
        <w:t>CPF: ________________________________________________________</w:t>
      </w:r>
    </w:p>
    <w:p>
      <w:r>
        <w:rPr>
          <w:b w:val="0"/>
          <w:sz w:val="20"/>
        </w:rPr>
        <w:t>RG: _________________________________________________________</w:t>
      </w:r>
    </w:p>
    <w:p>
      <w:r>
        <w:rPr>
          <w:b w:val="0"/>
          <w:sz w:val="20"/>
        </w:rPr>
        <w:t>Endereço completo: ___________________________________________</w:t>
      </w:r>
    </w:p>
    <w:p>
      <w:r>
        <w:rPr>
          <w:b w:val="0"/>
          <w:sz w:val="20"/>
        </w:rPr>
        <w:t>CEP: ________________ Cidade: ______________ Estado: ________</w:t>
      </w:r>
    </w:p>
    <w:p>
      <w:r>
        <w:rPr>
          <w:b w:val="0"/>
          <w:sz w:val="20"/>
        </w:rPr>
        <w:t>Telefone: ____________________________________________________</w:t>
      </w:r>
    </w:p>
    <w:p>
      <w:r>
        <w:rPr>
          <w:b w:val="0"/>
          <w:sz w:val="20"/>
        </w:rPr>
        <w:t>E-mail: ______________________________________________________</w:t>
      </w:r>
    </w:p>
    <w:p/>
    <w:p>
      <w:r>
        <w:rPr>
          <w:b/>
          <w:sz w:val="22"/>
        </w:rPr>
        <w:t>RÉU:</w:t>
      </w:r>
    </w:p>
    <w:p>
      <w:r>
        <w:rPr>
          <w:b w:val="0"/>
          <w:sz w:val="20"/>
        </w:rPr>
        <w:t>Nome: _______________________________________________________</w:t>
      </w:r>
    </w:p>
    <w:p>
      <w:r>
        <w:rPr>
          <w:b w:val="0"/>
          <w:sz w:val="20"/>
        </w:rPr>
        <w:t>CPF/CNPJ: ___________________________________________________</w:t>
      </w:r>
    </w:p>
    <w:p>
      <w:r>
        <w:rPr>
          <w:b w:val="0"/>
          <w:sz w:val="20"/>
        </w:rPr>
        <w:t>Endereço completo: ___________________________________________</w:t>
      </w:r>
    </w:p>
    <w:p>
      <w:r>
        <w:rPr>
          <w:b w:val="0"/>
          <w:sz w:val="20"/>
        </w:rPr>
        <w:t>CEP: ________________ Cidade: ______________ Estado: ________</w:t>
      </w:r>
    </w:p>
    <w:p>
      <w:r>
        <w:rPr>
          <w:b w:val="0"/>
          <w:sz w:val="20"/>
        </w:rPr>
        <w:t>Telefone: ____________________________________________________</w:t>
      </w:r>
    </w:p>
    <w:p>
      <w:r>
        <w:rPr>
          <w:b w:val="0"/>
          <w:sz w:val="20"/>
        </w:rPr>
        <w:t>E-mail: ______________________________________________________</w:t>
      </w:r>
    </w:p>
    <w:p/>
    <w:p/>
    <w:p>
      <w:r>
        <w:rPr>
          <w:b/>
          <w:sz w:val="22"/>
        </w:rPr>
        <w:t>DOS FATOS</w:t>
      </w:r>
    </w:p>
    <w:p>
      <w:pPr>
        <w:ind w:firstLine="567"/>
      </w:pPr>
      <w:r>
        <w:rPr>
          <w:b w:val="0"/>
          <w:sz w:val="20"/>
        </w:rPr>
        <w:t>1. O Autor é pessoa de reputação ilibada, cumpridor de suas obrigações e participante ativo na sociedade. Porém, em decorrência de atos praticados pelo Réu, sofreu graves danos morais e materiais, que ora busca reparar perante este juízo.</w:t>
      </w:r>
    </w:p>
    <w:p/>
    <w:p>
      <w:pPr>
        <w:ind w:firstLine="567"/>
      </w:pPr>
      <w:r>
        <w:rPr>
          <w:b w:val="0"/>
          <w:sz w:val="20"/>
        </w:rPr>
        <w:t>2. Em ____, o Réu praticou ato ilícito que causou prejuízos diretos ao Autor, conforme demonstrado abaixo:</w:t>
      </w:r>
    </w:p>
    <w:p/>
    <w:p>
      <w:pPr>
        <w:ind w:firstLine="567"/>
      </w:pPr>
      <w:r>
        <w:rPr>
          <w:b w:val="0"/>
          <w:sz w:val="20"/>
        </w:rPr>
        <w:t>- Descrição detalhada do fato danoso e suas circunstâncias;</w:t>
      </w:r>
    </w:p>
    <w:p>
      <w:pPr>
        <w:ind w:firstLine="567"/>
      </w:pPr>
      <w:r>
        <w:rPr>
          <w:b w:val="0"/>
          <w:sz w:val="20"/>
        </w:rPr>
        <w:t>- Demonstração dos danos materiais sofridos, com valores e provas anexas;</w:t>
      </w:r>
    </w:p>
    <w:p>
      <w:pPr>
        <w:ind w:firstLine="567"/>
      </w:pPr>
      <w:r>
        <w:rPr>
          <w:b w:val="0"/>
          <w:sz w:val="20"/>
        </w:rPr>
        <w:t>- Demonstração dos danos morais, com impacto na vida pessoal, profissional e social do Autor.</w:t>
      </w:r>
    </w:p>
    <w:p/>
    <w:p>
      <w:r>
        <w:rPr>
          <w:b/>
          <w:sz w:val="22"/>
        </w:rPr>
        <w:t>DO DIREITO</w:t>
      </w:r>
    </w:p>
    <w:p>
      <w:pPr>
        <w:ind w:firstLine="567"/>
      </w:pPr>
      <w:r>
        <w:rPr>
          <w:b w:val="0"/>
          <w:sz w:val="20"/>
        </w:rPr>
        <w:t>3. O presente pedido encontra amparo nos artigos 186 e 927 do Código Civil, que dispõem sobre a reparação civil e a obrigação de indenizar aquele que, por ação ou omissão voluntária, causar dano a outrem.</w:t>
      </w:r>
    </w:p>
    <w:p/>
    <w:p>
      <w:pPr>
        <w:ind w:firstLine="567"/>
      </w:pPr>
      <w:r>
        <w:rPr>
          <w:b w:val="0"/>
          <w:sz w:val="20"/>
        </w:rPr>
        <w:t>4. Ressalta-se que a jurisprudência pátria é pacífica no sentido de reconhecer o dever de indenizar em casos de danos morais e materiais decorrentes de atos ilícitos.</w:t>
      </w:r>
    </w:p>
    <w:p/>
    <w:p>
      <w:pPr>
        <w:ind w:firstLine="567"/>
      </w:pPr>
      <w:r>
        <w:rPr>
          <w:b w:val="0"/>
          <w:sz w:val="20"/>
        </w:rPr>
        <w:t>5. Ademais, o artigo 5º, inciso X, da Constituição Federal, garante a inviolabilidade da honra e da imagem das pessoas, assegurando o direito à indenização pelo dano moral.</w:t>
      </w:r>
    </w:p>
    <w:p/>
    <w:p>
      <w:r>
        <w:rPr>
          <w:b/>
          <w:sz w:val="22"/>
        </w:rPr>
        <w:t>DOS DANOS MATERIAIS</w:t>
      </w:r>
    </w:p>
    <w:p>
      <w:pPr>
        <w:ind w:firstLine="567"/>
      </w:pPr>
      <w:r>
        <w:rPr>
          <w:b w:val="0"/>
          <w:sz w:val="20"/>
        </w:rPr>
        <w:t>6. Os danos materiais sofridos pelo Autor consistem em prejuízos financeiros comprovados, incluindo, mas não se limitando a:</w:t>
      </w:r>
    </w:p>
    <w:p>
      <w:pPr>
        <w:ind w:firstLine="567"/>
      </w:pPr>
      <w:r>
        <w:rPr>
          <w:b w:val="0"/>
          <w:sz w:val="20"/>
        </w:rPr>
        <w:t>- Perda de bens ou valores;</w:t>
      </w:r>
    </w:p>
    <w:p>
      <w:pPr>
        <w:ind w:firstLine="567"/>
      </w:pPr>
      <w:r>
        <w:rPr>
          <w:b w:val="0"/>
          <w:sz w:val="20"/>
        </w:rPr>
        <w:t>- Despesas extraordinárias decorrentes do ato ilícito;</w:t>
      </w:r>
    </w:p>
    <w:p>
      <w:pPr>
        <w:ind w:firstLine="567"/>
      </w:pPr>
      <w:r>
        <w:rPr>
          <w:b w:val="0"/>
          <w:sz w:val="20"/>
        </w:rPr>
        <w:t>- Danos emergentes e lucros cessantes.</w:t>
      </w:r>
    </w:p>
    <w:p/>
    <w:p>
      <w:r>
        <w:rPr>
          <w:b/>
          <w:sz w:val="22"/>
        </w:rPr>
        <w:t>DOS DANOS MORAIS</w:t>
      </w:r>
    </w:p>
    <w:p>
      <w:pPr>
        <w:ind w:firstLine="567"/>
      </w:pPr>
      <w:r>
        <w:rPr>
          <w:b w:val="0"/>
          <w:sz w:val="20"/>
        </w:rPr>
        <w:t>7. Os danos morais acarretaram sofrimento, angústia, humilhação e abalo à reputação do Autor, afetando sua dignidade e qualidade de vida.</w:t>
      </w:r>
    </w:p>
    <w:p>
      <w:pPr>
        <w:ind w:firstLine="567"/>
      </w:pPr>
      <w:r>
        <w:rPr>
          <w:b w:val="0"/>
          <w:sz w:val="20"/>
        </w:rPr>
        <w:t>8. Tal situação enseja reparação pecuniária a título de justa compensação e forma de desestimular a repetição da conduta ilícita pelo Réu.</w:t>
      </w:r>
    </w:p>
    <w:p/>
    <w:p>
      <w:r>
        <w:rPr>
          <w:b/>
          <w:sz w:val="22"/>
        </w:rPr>
        <w:t>DA RESPONSABILIDADE CIVIL</w:t>
      </w:r>
    </w:p>
    <w:p>
      <w:pPr>
        <w:ind w:firstLine="567"/>
      </w:pPr>
      <w:r>
        <w:rPr>
          <w:b w:val="0"/>
          <w:sz w:val="20"/>
        </w:rPr>
        <w:t>9. A responsabilidade civil do Réu está caracterizada pela existência do ato ilícito, do dano e do nexo causal entre ambos, conforme previsto no artigo 186 e 927 do Código Civil.</w:t>
      </w:r>
    </w:p>
    <w:p/>
    <w:p>
      <w:r>
        <w:rPr>
          <w:b/>
          <w:sz w:val="22"/>
        </w:rPr>
        <w:t>DOS PEDIDOS</w:t>
      </w:r>
    </w:p>
    <w:p>
      <w:r>
        <w:rPr>
          <w:b/>
          <w:sz w:val="20"/>
        </w:rPr>
        <w:t>Diante do exposto, requer-se:</w:t>
      </w:r>
    </w:p>
    <w:p>
      <w:pPr>
        <w:ind w:firstLine="567"/>
      </w:pPr>
      <w:r>
        <w:rPr>
          <w:b w:val="0"/>
          <w:sz w:val="20"/>
        </w:rPr>
        <w:t>a) A citação do Réu para apresentar contestação, sob pena de revelia e confissão quanto à matéria fática;</w:t>
      </w:r>
    </w:p>
    <w:p>
      <w:pPr>
        <w:ind w:firstLine="567"/>
      </w:pPr>
      <w:r>
        <w:rPr>
          <w:b w:val="0"/>
          <w:sz w:val="20"/>
        </w:rPr>
        <w:t>b) A condenação do Réu ao pagamento de indenização por danos materiais, no valor de R$ ______________________, conforme comprovantes anexos;</w:t>
      </w:r>
    </w:p>
    <w:p>
      <w:pPr>
        <w:ind w:firstLine="567"/>
      </w:pPr>
      <w:r>
        <w:rPr>
          <w:b w:val="0"/>
          <w:sz w:val="20"/>
        </w:rPr>
        <w:t>c) A condenação do Réu ao pagamento de indenização por danos morais, em valor a ser arbitrado por Vossa Excelência, considerando a extensão do dano e a capacidade econômica do Réu;</w:t>
      </w:r>
    </w:p>
    <w:p>
      <w:pPr>
        <w:ind w:firstLine="567"/>
      </w:pPr>
      <w:r>
        <w:rPr>
          <w:b w:val="0"/>
          <w:sz w:val="20"/>
        </w:rPr>
        <w:t>d) A condenação do Réu ao pagamento de custas processuais e honorários advocatícios;</w:t>
      </w:r>
    </w:p>
    <w:p>
      <w:pPr>
        <w:ind w:firstLine="567"/>
      </w:pPr>
      <w:r>
        <w:rPr>
          <w:b w:val="0"/>
          <w:sz w:val="20"/>
        </w:rPr>
        <w:t>e) A produção de todas as provas admitidas em direito, especialmente documental, testemunhal, pericial e oitiva do Réu;</w:t>
      </w:r>
    </w:p>
    <w:p>
      <w:pPr>
        <w:ind w:firstLine="567"/>
      </w:pPr>
      <w:r>
        <w:rPr>
          <w:b w:val="0"/>
          <w:sz w:val="20"/>
        </w:rPr>
        <w:t>f) A concessão dos benefícios da justiça gratuita, caso preenchidos os requisitos legais.</w:t>
      </w:r>
    </w:p>
    <w:p/>
    <w:p/>
    <w:p>
      <w:r>
        <w:rPr>
          <w:b/>
          <w:sz w:val="22"/>
        </w:rPr>
        <w:t>DO VALOR DA CAUSA</w:t>
      </w:r>
    </w:p>
    <w:p>
      <w:pPr>
        <w:ind w:firstLine="567"/>
      </w:pPr>
      <w:r>
        <w:rPr>
          <w:b w:val="0"/>
          <w:sz w:val="20"/>
        </w:rPr>
        <w:t>Dá-se à presente causa o valor de R$ _____________________________ (valor dos danos materiais + valor estimado dos danos morais), para todos os efeitos legais.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______________________________, ________________</w:t>
      </w:r>
    </w:p>
    <w:p>
      <w:r>
        <w:rPr>
          <w:b w:val="0"/>
          <w:sz w:val="20"/>
        </w:rPr>
        <w:t>Local e data</w:t>
      </w:r>
    </w:p>
    <w:p/>
    <w:p/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https://documentos-jus.com/acao-de-danos-morais-e-materiais/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ao-de-danos-morais-e-materiai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