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ATA DE ABERTURA DO LIVRO DE ATA</w:t>
      </w:r>
    </w:p>
    <w:p/>
    <w:p/>
    <w:p>
      <w:r>
        <w:rPr>
          <w:b w:val="0"/>
          <w:sz w:val="22"/>
        </w:rPr>
        <w:t>Aos ___ dias do mês de ____________________ do ano de ________, na sede da empresa _____________________________________________, inscrita no CNPJ sob o nº __________________________, situada à ____________________________________________, reuniram-se os membros da Diretoria e/ou do Conselho Administrativo para proceder à abertura do Livro de Ata destinado ao registro das deliberações sociais, conforme disposições legais vigentes e o Estatuto Social da sociedade.</w:t>
      </w:r>
    </w:p>
    <w:p/>
    <w:p>
      <w:r>
        <w:rPr>
          <w:b w:val="0"/>
          <w:sz w:val="22"/>
        </w:rPr>
        <w:t>Estavam presentes os seguintes membros:</w:t>
      </w:r>
    </w:p>
    <w:p/>
    <w:p>
      <w:r>
        <w:rPr>
          <w:b w:val="0"/>
          <w:sz w:val="22"/>
        </w:rPr>
        <w:t>______________________________________________________________</w:t>
      </w:r>
    </w:p>
    <w:p>
      <w:r>
        <w:rPr>
          <w:b w:val="0"/>
          <w:sz w:val="22"/>
        </w:rPr>
        <w:t>Nome: ____________________________________________________________</w:t>
      </w:r>
    </w:p>
    <w:p>
      <w:r>
        <w:rPr>
          <w:b w:val="0"/>
          <w:sz w:val="22"/>
        </w:rPr>
        <w:t>Cargo: ___________________________________________________________</w:t>
      </w:r>
    </w:p>
    <w:p>
      <w:r>
        <w:rPr>
          <w:b w:val="0"/>
          <w:sz w:val="22"/>
        </w:rPr>
        <w:t>CPF: _____________________________________________________________</w:t>
      </w:r>
    </w:p>
    <w:p/>
    <w:p>
      <w:r>
        <w:rPr>
          <w:b w:val="0"/>
          <w:sz w:val="22"/>
        </w:rPr>
        <w:t>______________________________________________________________</w:t>
      </w:r>
    </w:p>
    <w:p>
      <w:r>
        <w:rPr>
          <w:b w:val="0"/>
          <w:sz w:val="22"/>
        </w:rPr>
        <w:t>Nome: ____________________________________________________________</w:t>
      </w:r>
    </w:p>
    <w:p>
      <w:r>
        <w:rPr>
          <w:b w:val="0"/>
          <w:sz w:val="22"/>
        </w:rPr>
        <w:t>Cargo: ___________________________________________________________</w:t>
      </w:r>
    </w:p>
    <w:p>
      <w:r>
        <w:rPr>
          <w:b w:val="0"/>
          <w:sz w:val="22"/>
        </w:rPr>
        <w:t>CPF: _____________________________________________________________</w:t>
      </w:r>
    </w:p>
    <w:p/>
    <w:p/>
    <w:p>
      <w:r>
        <w:rPr>
          <w:b w:val="0"/>
          <w:sz w:val="22"/>
        </w:rPr>
        <w:t>Declararam os presentes que o referido livro será destinado à lavratura das atas das reuniões e assembleias, para efeitos legais, obedecendo ao disposto na Lei nº 6.404/76, Código Civil e demais normas aplicáveis, e que o mesmo será rubricado e autenticado conforme exigido pela legislação vigente.</w:t>
      </w:r>
    </w:p>
    <w:p/>
    <w:p>
      <w:r>
        <w:rPr>
          <w:b w:val="0"/>
          <w:sz w:val="22"/>
        </w:rPr>
        <w:t>Nada mais havendo a tratar, foi lavrada a presente ata que, após lida e achada conforme, foi assinada pelos presentes.</w:t>
      </w:r>
    </w:p>
    <w:p/>
    <w:p/>
    <w:p/>
    <w:p>
      <w:pPr>
        <w:jc w:val="center"/>
      </w:pPr>
      <w:r>
        <w:rPr>
          <w:b w:val="0"/>
          <w:sz w:val="22"/>
        </w:rPr>
        <w:t>_______________________________________________</w:t>
      </w:r>
    </w:p>
    <w:p>
      <w:pPr>
        <w:jc w:val="center"/>
      </w:pPr>
      <w:r>
        <w:rPr>
          <w:b w:val="0"/>
          <w:sz w:val="22"/>
        </w:rPr>
        <w:t>Assinatura do Presidente</w:t>
      </w:r>
    </w:p>
    <w:p/>
    <w:p/>
    <w:p>
      <w:pPr>
        <w:jc w:val="center"/>
      </w:pPr>
      <w:r>
        <w:rPr>
          <w:b w:val="0"/>
          <w:sz w:val="22"/>
        </w:rPr>
        <w:t>_______________________________________________</w:t>
      </w:r>
    </w:p>
    <w:p>
      <w:pPr>
        <w:jc w:val="center"/>
      </w:pPr>
      <w:r>
        <w:rPr>
          <w:b w:val="0"/>
          <w:sz w:val="22"/>
        </w:rPr>
        <w:t>Assinatura do Secretário</w:t>
      </w:r>
    </w:p>
    <w:p/>
    <w:p/>
    <w:p>
      <w:pPr>
        <w:jc w:val="center"/>
      </w:pPr>
      <w:r>
        <w:rPr>
          <w:b w:val="0"/>
          <w:sz w:val="22"/>
        </w:rPr>
        <w:t>_______________________________________________</w:t>
      </w:r>
    </w:p>
    <w:p>
      <w:pPr>
        <w:jc w:val="center"/>
      </w:pPr>
      <w:r>
        <w:rPr>
          <w:b w:val="0"/>
          <w:sz w:val="22"/>
        </w:rPr>
        <w:t>Assinatura dos Demais Membros Presentes</w:t>
      </w:r>
    </w:p>
    <w:p/>
    <w:p/>
    <w:p/>
    <w:p>
      <w:r>
        <w:rPr>
          <w:b/>
          <w:sz w:val="22"/>
        </w:rPr>
        <w:t>Obs.: Este Livro de Ata deverá ser registrado na Junta Comercial do Estado, conforme exigências legais, para garantir a validade dos atos sociais nele registrados.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https://documentos-jus.com/abertura-de-livro-ata/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abertura-de-livro-ata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